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D30869" w14:textId="77777777" w:rsidR="009E1540" w:rsidRDefault="00000000">
      <w:pPr>
        <w:spacing w:before="100" w:after="60"/>
      </w:pPr>
      <w:r>
        <w:rPr>
          <w:rFonts w:eastAsia="Calibri"/>
          <w:b/>
          <w:sz w:val="21"/>
        </w:rPr>
        <w:t>GESTION APPLIQUÉE - MATÉRIAUX / CÉRAMIQUE</w:t>
      </w:r>
    </w:p>
    <w:p w14:paraId="01F6A57A" w14:textId="77777777" w:rsidR="009E1540" w:rsidRDefault="00000000">
      <w:pPr>
        <w:keepNext/>
        <w:pBdr>
          <w:left w:val="single" w:sz="20" w:space="5" w:color="9A6347"/>
        </w:pBdr>
        <w:shd w:val="clear" w:color="auto" w:fill="F6EEE9"/>
        <w:spacing w:after="80"/>
        <w:ind w:left="115"/>
      </w:pPr>
      <w:r>
        <w:rPr>
          <w:rFonts w:eastAsia="Calibri"/>
          <w:b/>
          <w:sz w:val="27"/>
        </w:rPr>
        <w:t>COURS 1</w:t>
      </w:r>
    </w:p>
    <w:p w14:paraId="6E36DA10" w14:textId="77777777" w:rsidR="009E1540" w:rsidRDefault="00000000">
      <w:pPr>
        <w:keepNext/>
        <w:pBdr>
          <w:bottom w:val="single" w:sz="16" w:space="7" w:color="9A6347"/>
        </w:pBdr>
        <w:spacing w:before="160" w:after="260"/>
      </w:pPr>
      <w:r>
        <w:rPr>
          <w:rFonts w:eastAsia="Calibri"/>
          <w:b/>
          <w:sz w:val="44"/>
        </w:rPr>
        <w:t>Identifier l'offre et les charges d'une activité créative</w:t>
      </w:r>
    </w:p>
    <w:p w14:paraId="4958801D"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PROBLÉMATIQUE </w:t>
      </w:r>
      <w:r>
        <w:rPr>
          <w:rFonts w:eastAsia="Calibri"/>
          <w:sz w:val="21"/>
        </w:rPr>
        <w:t>Lorsqu'un designer vend une création, que vend-il réellement et quelles charges doit-il couvrir ?</w:t>
      </w:r>
    </w:p>
    <w:tbl>
      <w:tblPr>
        <w:tblW w:w="10346" w:type="dxa"/>
        <w:tblInd w:w="120" w:type="dxa"/>
        <w:tblBorders>
          <w:top w:val="single" w:sz="6" w:space="0" w:color="9A6347"/>
          <w:left w:val="single" w:sz="6" w:space="0" w:color="C8C8C8"/>
          <w:bottom w:val="single" w:sz="6" w:space="0" w:color="9A6347"/>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3448"/>
        <w:gridCol w:w="3449"/>
        <w:gridCol w:w="3449"/>
      </w:tblGrid>
      <w:tr w:rsidR="009E1540" w14:paraId="74AF66BA" w14:textId="77777777">
        <w:trPr>
          <w:tblHeader/>
        </w:trPr>
        <w:tc>
          <w:tcPr>
            <w:tcW w:w="3448" w:type="dxa"/>
            <w:shd w:val="clear" w:color="auto" w:fill="F6EEE9"/>
            <w:tcMar>
              <w:top w:w="90" w:type="dxa"/>
              <w:left w:w="120" w:type="dxa"/>
              <w:bottom w:w="90" w:type="dxa"/>
              <w:right w:w="120" w:type="dxa"/>
            </w:tcMar>
            <w:vAlign w:val="center"/>
          </w:tcPr>
          <w:p w14:paraId="6337C34E" w14:textId="77777777" w:rsidR="009E1540" w:rsidRDefault="00000000">
            <w:pPr>
              <w:spacing w:before="20" w:after="20" w:line="240" w:lineRule="auto"/>
              <w:jc w:val="center"/>
            </w:pPr>
            <w:r>
              <w:rPr>
                <w:rFonts w:eastAsia="Calibri"/>
                <w:b/>
                <w:sz w:val="19"/>
              </w:rPr>
              <w:t>COMPRENDRE</w:t>
            </w:r>
          </w:p>
          <w:p w14:paraId="6D4C8151" w14:textId="77777777" w:rsidR="009E1540" w:rsidRDefault="00000000">
            <w:pPr>
              <w:spacing w:before="20" w:after="20" w:line="240" w:lineRule="auto"/>
              <w:jc w:val="center"/>
            </w:pPr>
            <w:r>
              <w:rPr>
                <w:rFonts w:eastAsia="Calibri"/>
                <w:b/>
                <w:sz w:val="19"/>
              </w:rPr>
              <w:t>L'offre du designer</w:t>
            </w:r>
          </w:p>
        </w:tc>
        <w:tc>
          <w:tcPr>
            <w:tcW w:w="3449" w:type="dxa"/>
            <w:shd w:val="clear" w:color="auto" w:fill="F6EEE9"/>
            <w:tcMar>
              <w:top w:w="90" w:type="dxa"/>
              <w:left w:w="120" w:type="dxa"/>
              <w:bottom w:w="90" w:type="dxa"/>
              <w:right w:w="120" w:type="dxa"/>
            </w:tcMar>
            <w:vAlign w:val="center"/>
          </w:tcPr>
          <w:p w14:paraId="2B09F58A" w14:textId="77777777" w:rsidR="009E1540" w:rsidRDefault="00000000">
            <w:pPr>
              <w:spacing w:before="20" w:after="20" w:line="240" w:lineRule="auto"/>
              <w:jc w:val="center"/>
            </w:pPr>
            <w:r>
              <w:rPr>
                <w:rFonts w:eastAsia="Calibri"/>
                <w:b/>
                <w:sz w:val="19"/>
              </w:rPr>
              <w:t>IDENTIFIER</w:t>
            </w:r>
          </w:p>
          <w:p w14:paraId="381D8560" w14:textId="77777777" w:rsidR="009E1540" w:rsidRDefault="00000000">
            <w:pPr>
              <w:spacing w:before="20" w:after="20" w:line="240" w:lineRule="auto"/>
              <w:jc w:val="center"/>
            </w:pPr>
            <w:r>
              <w:rPr>
                <w:rFonts w:eastAsia="Calibri"/>
                <w:b/>
                <w:sz w:val="19"/>
              </w:rPr>
              <w:t>Les charges de l'activité</w:t>
            </w:r>
          </w:p>
        </w:tc>
        <w:tc>
          <w:tcPr>
            <w:tcW w:w="3449" w:type="dxa"/>
            <w:shd w:val="clear" w:color="auto" w:fill="F6EEE9"/>
            <w:tcMar>
              <w:top w:w="90" w:type="dxa"/>
              <w:left w:w="120" w:type="dxa"/>
              <w:bottom w:w="90" w:type="dxa"/>
              <w:right w:w="120" w:type="dxa"/>
            </w:tcMar>
            <w:vAlign w:val="center"/>
          </w:tcPr>
          <w:p w14:paraId="5F929056" w14:textId="77777777" w:rsidR="009E1540" w:rsidRDefault="00000000">
            <w:pPr>
              <w:spacing w:before="20" w:after="20" w:line="240" w:lineRule="auto"/>
              <w:jc w:val="center"/>
            </w:pPr>
            <w:r>
              <w:rPr>
                <w:rFonts w:eastAsia="Calibri"/>
                <w:b/>
                <w:sz w:val="19"/>
              </w:rPr>
              <w:t>DISTINGUER</w:t>
            </w:r>
          </w:p>
          <w:p w14:paraId="14B812A1" w14:textId="77777777" w:rsidR="009E1540" w:rsidRDefault="00000000">
            <w:pPr>
              <w:spacing w:before="20" w:after="20" w:line="240" w:lineRule="auto"/>
              <w:jc w:val="center"/>
            </w:pPr>
            <w:r>
              <w:rPr>
                <w:rFonts w:eastAsia="Calibri"/>
                <w:b/>
                <w:sz w:val="19"/>
              </w:rPr>
              <w:t>Charges fixes et variables</w:t>
            </w:r>
          </w:p>
        </w:tc>
      </w:tr>
    </w:tbl>
    <w:p w14:paraId="0804EF46" w14:textId="77777777" w:rsidR="009E1540" w:rsidRDefault="009E1540">
      <w:pPr>
        <w:spacing w:after="0"/>
      </w:pPr>
    </w:p>
    <w:p w14:paraId="405C1417" w14:textId="77777777" w:rsidR="009E1540" w:rsidRDefault="00000000">
      <w:pPr>
        <w:pStyle w:val="Titre1"/>
        <w:pBdr>
          <w:bottom w:val="single" w:sz="10" w:space="4" w:color="9A6347"/>
        </w:pBdr>
        <w:spacing w:before="260" w:after="120"/>
      </w:pPr>
      <w:r>
        <w:rPr>
          <w:rFonts w:ascii="Calibri" w:hAnsi="Calibri"/>
          <w:sz w:val="33"/>
        </w:rPr>
        <w:t>Introduction - Une commande est-elle forcément rentable ?</w:t>
      </w:r>
    </w:p>
    <w:p w14:paraId="277B9105" w14:textId="77777777" w:rsidR="009E1540" w:rsidRDefault="00000000">
      <w:pPr>
        <w:pStyle w:val="Titre2"/>
        <w:spacing w:before="180" w:after="80"/>
      </w:pPr>
      <w:r>
        <w:rPr>
          <w:rFonts w:ascii="Calibri" w:hAnsi="Calibri"/>
          <w:sz w:val="26"/>
        </w:rPr>
        <w:t>La situation de l'atelier KAOLIN</w:t>
      </w:r>
    </w:p>
    <w:p w14:paraId="4A773E6A" w14:textId="77777777" w:rsidR="009E1540" w:rsidRDefault="00000000">
      <w:pPr>
        <w:keepLines/>
      </w:pPr>
      <w:r>
        <w:rPr>
          <w:rFonts w:eastAsia="Calibri"/>
        </w:rPr>
        <w:t>Un atelier de céramistes reçoit une commande d'un restaurant : il doit concevoir, fabriquer et livrer 60 assiettes en grès émaillé. Chaque assiette est facturée 75 € HT, soit un montant total de 4 500 € HT.</w:t>
      </w:r>
    </w:p>
    <w:p w14:paraId="5BA23AED"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QUESTION DE DÉPART </w:t>
      </w:r>
      <w:r>
        <w:rPr>
          <w:rFonts w:eastAsia="Calibri"/>
          <w:sz w:val="21"/>
        </w:rPr>
        <w:t>L'atelier a-t-il réellement gagné 4 500 € ?</w:t>
      </w:r>
    </w:p>
    <w:p w14:paraId="79BB8ECE" w14:textId="77777777" w:rsidR="009E1540" w:rsidRDefault="00000000">
      <w:r>
        <w:rPr>
          <w:rFonts w:eastAsia="Calibri"/>
          <w:b/>
        </w:rPr>
        <w:t>Relevez</w:t>
      </w:r>
      <w:r>
        <w:rPr>
          <w:rFonts w:eastAsia="Calibri"/>
        </w:rPr>
        <w:t xml:space="preserve"> les principales dépenses que cette commande peut entraîner.</w:t>
      </w:r>
    </w:p>
    <w:p w14:paraId="2B626694" w14:textId="77777777" w:rsidR="009E1540" w:rsidRDefault="00000000">
      <w:pPr>
        <w:pBdr>
          <w:bottom w:val="single" w:sz="4" w:space="1" w:color="BFBFBF"/>
        </w:pBdr>
        <w:spacing w:after="60" w:line="240" w:lineRule="auto"/>
      </w:pPr>
      <w:r>
        <w:rPr>
          <w:rFonts w:eastAsia="Calibri"/>
          <w:sz w:val="20"/>
        </w:rPr>
        <w:t> </w:t>
      </w:r>
    </w:p>
    <w:p w14:paraId="79060B43" w14:textId="77777777" w:rsidR="009E1540" w:rsidRDefault="00000000">
      <w:pPr>
        <w:pBdr>
          <w:bottom w:val="single" w:sz="4" w:space="1" w:color="BFBFBF"/>
        </w:pBdr>
        <w:spacing w:after="60" w:line="240" w:lineRule="auto"/>
      </w:pPr>
      <w:r>
        <w:rPr>
          <w:rFonts w:eastAsia="Calibri"/>
          <w:sz w:val="20"/>
        </w:rPr>
        <w:t> </w:t>
      </w:r>
    </w:p>
    <w:p w14:paraId="77EAFED3" w14:textId="77777777" w:rsidR="009E1540" w:rsidRDefault="00000000">
      <w:pPr>
        <w:pBdr>
          <w:bottom w:val="single" w:sz="4" w:space="1" w:color="BFBFBF"/>
        </w:pBdr>
        <w:spacing w:after="60" w:line="240" w:lineRule="auto"/>
      </w:pPr>
      <w:r>
        <w:rPr>
          <w:rFonts w:eastAsia="Calibri"/>
          <w:sz w:val="20"/>
        </w:rPr>
        <w:t> </w:t>
      </w:r>
    </w:p>
    <w:p w14:paraId="0D3EDDAA" w14:textId="77777777" w:rsidR="009E1540" w:rsidRDefault="00000000">
      <w:pPr>
        <w:keepLines/>
      </w:pPr>
      <w:r>
        <w:rPr>
          <w:rFonts w:eastAsia="Calibri"/>
        </w:rPr>
        <w:t>Le montant payé par le client ne constitue pas intégralement le revenu du designer. Il faut d'abord identifier ce qui est vendu et les charges nécessaires à la réalisation de la commande.</w:t>
      </w:r>
    </w:p>
    <w:p w14:paraId="3FCA83B9" w14:textId="77777777" w:rsidR="009E1540" w:rsidRDefault="00000000">
      <w:pPr>
        <w:pStyle w:val="Titre1"/>
        <w:pBdr>
          <w:bottom w:val="single" w:sz="10" w:space="4" w:color="9A6347"/>
        </w:pBdr>
        <w:spacing w:before="260" w:after="120"/>
      </w:pPr>
      <w:r>
        <w:rPr>
          <w:rFonts w:ascii="Calibri" w:hAnsi="Calibri"/>
          <w:sz w:val="33"/>
        </w:rPr>
        <w:t>I. Que peut vendre un professionnel du design ?</w:t>
      </w:r>
    </w:p>
    <w:p w14:paraId="572C1630" w14:textId="77777777" w:rsidR="009E1540" w:rsidRDefault="00000000">
      <w:pPr>
        <w:pStyle w:val="Titre2"/>
        <w:spacing w:before="180" w:after="80"/>
      </w:pPr>
      <w:r>
        <w:rPr>
          <w:rFonts w:ascii="Calibri" w:hAnsi="Calibri"/>
          <w:sz w:val="26"/>
        </w:rPr>
        <w:t>A. La vente d'un bien matériel</w:t>
      </w:r>
    </w:p>
    <w:p w14:paraId="515C224D" w14:textId="77777777" w:rsidR="009E1540" w:rsidRDefault="00000000">
      <w:r>
        <w:rPr>
          <w:rFonts w:eastAsia="Calibri"/>
        </w:rPr>
        <w:t>Un céramiste peut vendre une pièce physique : de la vaisselle, un vase, un luminaire, un carreau, un module décoratif, une petite série ou un prototype.</w:t>
      </w:r>
    </w:p>
    <w:p w14:paraId="569CCF45"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DÉFINITION </w:t>
      </w:r>
      <w:r>
        <w:rPr>
          <w:rFonts w:eastAsia="Calibri"/>
          <w:sz w:val="21"/>
        </w:rPr>
        <w:t>Un bien est un produit matériel qui peut être fabriqué, stocké, livré et vendu.</w:t>
      </w:r>
    </w:p>
    <w:p w14:paraId="58C8681A" w14:textId="77777777" w:rsidR="009E1540" w:rsidRDefault="00000000">
      <w:r>
        <w:rPr>
          <w:rFonts w:eastAsia="Calibri"/>
        </w:rPr>
        <w:t>La vente d'un bien ne rémunère pas uniquement la matière utilisée. Elle doit également rémunérer :</w:t>
      </w:r>
    </w:p>
    <w:p w14:paraId="1B4E85B7" w14:textId="77777777" w:rsidR="009E1540" w:rsidRDefault="00000000">
      <w:pPr>
        <w:pBdr>
          <w:left w:val="single" w:sz="10" w:space="6" w:color="9A6347"/>
        </w:pBdr>
        <w:spacing w:before="30" w:after="50" w:line="250" w:lineRule="auto"/>
        <w:ind w:left="317" w:right="86"/>
      </w:pPr>
      <w:r>
        <w:rPr>
          <w:rFonts w:eastAsia="Calibri"/>
          <w:sz w:val="21"/>
        </w:rPr>
        <w:t>la recherche et la conception ;</w:t>
      </w:r>
    </w:p>
    <w:p w14:paraId="2E6C6FE9" w14:textId="77777777" w:rsidR="009E1540" w:rsidRDefault="00000000">
      <w:pPr>
        <w:pBdr>
          <w:left w:val="single" w:sz="10" w:space="6" w:color="9A6347"/>
        </w:pBdr>
        <w:spacing w:before="30" w:after="50" w:line="250" w:lineRule="auto"/>
        <w:ind w:left="317" w:right="86"/>
      </w:pPr>
      <w:r>
        <w:rPr>
          <w:rFonts w:eastAsia="Calibri"/>
          <w:sz w:val="21"/>
        </w:rPr>
        <w:t>les essais et les prototypes ;</w:t>
      </w:r>
    </w:p>
    <w:p w14:paraId="110DFA7D" w14:textId="77777777" w:rsidR="009E1540" w:rsidRDefault="00000000">
      <w:pPr>
        <w:pBdr>
          <w:left w:val="single" w:sz="10" w:space="6" w:color="9A6347"/>
        </w:pBdr>
        <w:spacing w:before="30" w:after="50" w:line="250" w:lineRule="auto"/>
        <w:ind w:left="317" w:right="86"/>
      </w:pPr>
      <w:r>
        <w:rPr>
          <w:rFonts w:eastAsia="Calibri"/>
          <w:sz w:val="21"/>
        </w:rPr>
        <w:t>la fabrication et le savoir-faire ;</w:t>
      </w:r>
    </w:p>
    <w:p w14:paraId="604F53C4" w14:textId="77777777" w:rsidR="009E1540" w:rsidRDefault="00000000">
      <w:pPr>
        <w:pBdr>
          <w:left w:val="single" w:sz="10" w:space="6" w:color="9A6347"/>
        </w:pBdr>
        <w:spacing w:before="30" w:after="50" w:line="250" w:lineRule="auto"/>
        <w:ind w:left="317" w:right="86"/>
      </w:pPr>
      <w:r>
        <w:rPr>
          <w:rFonts w:eastAsia="Calibri"/>
          <w:sz w:val="21"/>
        </w:rPr>
        <w:t>le temps de travail et les risques pris par le professionnel.</w:t>
      </w:r>
    </w:p>
    <w:p w14:paraId="5E4D758C" w14:textId="77777777" w:rsidR="009E1540" w:rsidRDefault="00000000">
      <w:r>
        <w:br w:type="page"/>
      </w:r>
    </w:p>
    <w:p w14:paraId="5CA3528D" w14:textId="77777777" w:rsidR="009E1540" w:rsidRDefault="00000000">
      <w:pPr>
        <w:pStyle w:val="Titre2"/>
        <w:spacing w:before="180" w:after="80"/>
      </w:pPr>
      <w:r>
        <w:rPr>
          <w:rFonts w:ascii="Calibri" w:hAnsi="Calibri"/>
          <w:sz w:val="26"/>
        </w:rPr>
        <w:lastRenderedPageBreak/>
        <w:t>B. La vente d'une prestation de services</w:t>
      </w:r>
    </w:p>
    <w:p w14:paraId="00A2CB23" w14:textId="77777777" w:rsidR="009E1540" w:rsidRDefault="00000000">
      <w:r>
        <w:rPr>
          <w:rFonts w:eastAsia="Calibri"/>
        </w:rPr>
        <w:t>Un céramiste peut aussi vendre une recherche de formes, une gamme d'émaux, des dessins de décors, des essais, un moule, un conseil technique ou un suivi de fabrication.</w:t>
      </w:r>
    </w:p>
    <w:p w14:paraId="00579E03"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DÉFINITION </w:t>
      </w:r>
      <w:r>
        <w:rPr>
          <w:rFonts w:eastAsia="Calibri"/>
          <w:sz w:val="21"/>
        </w:rPr>
        <w:t>Une prestation de services correspond à un travail réalisé pour répondre au besoin d'un client, sans nécessairement produire un bien matériel.</w:t>
      </w:r>
    </w:p>
    <w:tbl>
      <w:tblPr>
        <w:tblStyle w:val="Grilledutableau"/>
        <w:tblW w:w="10346" w:type="dxa"/>
        <w:tblInd w:w="120" w:type="dxa"/>
        <w:tblBorders>
          <w:top w:val="single" w:sz="6" w:space="0" w:color="9A6347"/>
          <w:left w:val="single" w:sz="6" w:space="0" w:color="C8C8C8"/>
          <w:bottom w:val="single" w:sz="6" w:space="0" w:color="9A6347"/>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2700"/>
        <w:gridCol w:w="7646"/>
      </w:tblGrid>
      <w:tr w:rsidR="009E1540" w14:paraId="671DEDAD" w14:textId="77777777">
        <w:trPr>
          <w:cantSplit/>
          <w:tblHeader/>
        </w:trPr>
        <w:tc>
          <w:tcPr>
            <w:tcW w:w="2700" w:type="dxa"/>
            <w:shd w:val="clear" w:color="auto" w:fill="F6EEE9"/>
            <w:tcMar>
              <w:top w:w="90" w:type="dxa"/>
              <w:left w:w="120" w:type="dxa"/>
              <w:bottom w:w="90" w:type="dxa"/>
              <w:right w:w="120" w:type="dxa"/>
            </w:tcMar>
            <w:vAlign w:val="center"/>
          </w:tcPr>
          <w:p w14:paraId="3C559795" w14:textId="77777777" w:rsidR="009E1540" w:rsidRDefault="00000000">
            <w:pPr>
              <w:spacing w:before="20" w:after="20" w:line="240" w:lineRule="auto"/>
            </w:pPr>
            <w:r>
              <w:rPr>
                <w:rFonts w:eastAsia="Calibri"/>
                <w:b/>
                <w:sz w:val="19"/>
              </w:rPr>
              <w:t>Champ de la céramique</w:t>
            </w:r>
          </w:p>
        </w:tc>
        <w:tc>
          <w:tcPr>
            <w:tcW w:w="7646" w:type="dxa"/>
            <w:shd w:val="clear" w:color="auto" w:fill="F6EEE9"/>
            <w:tcMar>
              <w:top w:w="90" w:type="dxa"/>
              <w:left w:w="120" w:type="dxa"/>
              <w:bottom w:w="90" w:type="dxa"/>
              <w:right w:w="120" w:type="dxa"/>
            </w:tcMar>
            <w:vAlign w:val="center"/>
          </w:tcPr>
          <w:p w14:paraId="3AA500D6" w14:textId="77777777" w:rsidR="009E1540" w:rsidRDefault="00000000">
            <w:pPr>
              <w:spacing w:before="20" w:after="20" w:line="240" w:lineRule="auto"/>
            </w:pPr>
            <w:r>
              <w:rPr>
                <w:rFonts w:eastAsia="Calibri"/>
                <w:b/>
                <w:sz w:val="19"/>
              </w:rPr>
              <w:t>Exemple de prestation</w:t>
            </w:r>
          </w:p>
        </w:tc>
      </w:tr>
      <w:tr w:rsidR="009E1540" w14:paraId="3DF70331" w14:textId="77777777">
        <w:trPr>
          <w:cantSplit/>
        </w:trPr>
        <w:tc>
          <w:tcPr>
            <w:tcW w:w="2700" w:type="dxa"/>
            <w:shd w:val="clear" w:color="auto" w:fill="FFFFFF"/>
            <w:vAlign w:val="center"/>
          </w:tcPr>
          <w:p w14:paraId="0234012F" w14:textId="77777777" w:rsidR="009E1540" w:rsidRDefault="00000000">
            <w:pPr>
              <w:spacing w:before="20" w:after="20" w:line="240" w:lineRule="auto"/>
            </w:pPr>
            <w:r>
              <w:rPr>
                <w:rFonts w:eastAsia="Calibri"/>
                <w:sz w:val="19"/>
              </w:rPr>
              <w:t>Arts de la table</w:t>
            </w:r>
          </w:p>
        </w:tc>
        <w:tc>
          <w:tcPr>
            <w:tcW w:w="7646" w:type="dxa"/>
            <w:shd w:val="clear" w:color="auto" w:fill="FFFFFF"/>
            <w:vAlign w:val="center"/>
          </w:tcPr>
          <w:p w14:paraId="201E1ACE" w14:textId="77777777" w:rsidR="009E1540" w:rsidRDefault="00000000">
            <w:pPr>
              <w:spacing w:before="20" w:after="20" w:line="240" w:lineRule="auto"/>
            </w:pPr>
            <w:r>
              <w:rPr>
                <w:rFonts w:eastAsia="Calibri"/>
                <w:sz w:val="19"/>
              </w:rPr>
              <w:t>Concevoir une collection de vaisselle pour un restaurant</w:t>
            </w:r>
          </w:p>
        </w:tc>
      </w:tr>
      <w:tr w:rsidR="009E1540" w14:paraId="62471A8E" w14:textId="77777777">
        <w:trPr>
          <w:cantSplit/>
        </w:trPr>
        <w:tc>
          <w:tcPr>
            <w:tcW w:w="2700" w:type="dxa"/>
            <w:shd w:val="clear" w:color="auto" w:fill="FBF7F4"/>
            <w:vAlign w:val="center"/>
          </w:tcPr>
          <w:p w14:paraId="48423BAD" w14:textId="77777777" w:rsidR="009E1540" w:rsidRDefault="00000000">
            <w:pPr>
              <w:spacing w:before="20" w:after="20" w:line="240" w:lineRule="auto"/>
            </w:pPr>
            <w:r>
              <w:rPr>
                <w:rFonts w:eastAsia="Calibri"/>
                <w:sz w:val="19"/>
              </w:rPr>
              <w:t>Objet décoratif</w:t>
            </w:r>
          </w:p>
        </w:tc>
        <w:tc>
          <w:tcPr>
            <w:tcW w:w="7646" w:type="dxa"/>
            <w:shd w:val="clear" w:color="auto" w:fill="FBF7F4"/>
            <w:vAlign w:val="center"/>
          </w:tcPr>
          <w:p w14:paraId="2FF843A0" w14:textId="77777777" w:rsidR="009E1540" w:rsidRDefault="00000000">
            <w:pPr>
              <w:spacing w:before="20" w:after="20" w:line="240" w:lineRule="auto"/>
            </w:pPr>
            <w:r>
              <w:rPr>
                <w:rFonts w:eastAsia="Calibri"/>
                <w:sz w:val="19"/>
              </w:rPr>
              <w:t>Créer une série de vases pour une boutique</w:t>
            </w:r>
          </w:p>
        </w:tc>
      </w:tr>
      <w:tr w:rsidR="009E1540" w14:paraId="066E6E06" w14:textId="77777777">
        <w:trPr>
          <w:cantSplit/>
        </w:trPr>
        <w:tc>
          <w:tcPr>
            <w:tcW w:w="2700" w:type="dxa"/>
            <w:shd w:val="clear" w:color="auto" w:fill="FFFFFF"/>
            <w:vAlign w:val="center"/>
          </w:tcPr>
          <w:p w14:paraId="5CD293B9" w14:textId="77777777" w:rsidR="009E1540" w:rsidRDefault="00000000">
            <w:pPr>
              <w:spacing w:before="20" w:after="20" w:line="240" w:lineRule="auto"/>
            </w:pPr>
            <w:r>
              <w:rPr>
                <w:rFonts w:eastAsia="Calibri"/>
                <w:sz w:val="19"/>
              </w:rPr>
              <w:t>Revêtement</w:t>
            </w:r>
          </w:p>
        </w:tc>
        <w:tc>
          <w:tcPr>
            <w:tcW w:w="7646" w:type="dxa"/>
            <w:shd w:val="clear" w:color="auto" w:fill="FFFFFF"/>
            <w:vAlign w:val="center"/>
          </w:tcPr>
          <w:p w14:paraId="157A0DC1" w14:textId="77777777" w:rsidR="009E1540" w:rsidRDefault="00000000">
            <w:pPr>
              <w:spacing w:before="20" w:after="20" w:line="240" w:lineRule="auto"/>
            </w:pPr>
            <w:r>
              <w:rPr>
                <w:rFonts w:eastAsia="Calibri"/>
                <w:sz w:val="19"/>
              </w:rPr>
              <w:t>Développer des carreaux et des motifs pour un espace</w:t>
            </w:r>
          </w:p>
        </w:tc>
      </w:tr>
      <w:tr w:rsidR="009E1540" w14:paraId="7341888A" w14:textId="77777777">
        <w:trPr>
          <w:cantSplit/>
        </w:trPr>
        <w:tc>
          <w:tcPr>
            <w:tcW w:w="2700" w:type="dxa"/>
            <w:shd w:val="clear" w:color="auto" w:fill="FBF7F4"/>
            <w:vAlign w:val="center"/>
          </w:tcPr>
          <w:p w14:paraId="557F858A" w14:textId="77777777" w:rsidR="009E1540" w:rsidRDefault="00000000">
            <w:pPr>
              <w:spacing w:before="20" w:after="20" w:line="240" w:lineRule="auto"/>
            </w:pPr>
            <w:r>
              <w:rPr>
                <w:rFonts w:eastAsia="Calibri"/>
                <w:sz w:val="19"/>
              </w:rPr>
              <w:t>Installation</w:t>
            </w:r>
          </w:p>
        </w:tc>
        <w:tc>
          <w:tcPr>
            <w:tcW w:w="7646" w:type="dxa"/>
            <w:shd w:val="clear" w:color="auto" w:fill="FBF7F4"/>
            <w:vAlign w:val="center"/>
          </w:tcPr>
          <w:p w14:paraId="1832E32A" w14:textId="77777777" w:rsidR="009E1540" w:rsidRDefault="00000000">
            <w:pPr>
              <w:spacing w:before="20" w:after="20" w:line="240" w:lineRule="auto"/>
            </w:pPr>
            <w:r>
              <w:rPr>
                <w:rFonts w:eastAsia="Calibri"/>
                <w:sz w:val="19"/>
              </w:rPr>
              <w:t>Réaliser des modules céramiques pour une installation</w:t>
            </w:r>
          </w:p>
        </w:tc>
      </w:tr>
    </w:tbl>
    <w:p w14:paraId="341FFE82" w14:textId="77777777" w:rsidR="009E1540" w:rsidRDefault="009E1540">
      <w:pPr>
        <w:spacing w:after="20"/>
      </w:pPr>
    </w:p>
    <w:p w14:paraId="4A739C1D" w14:textId="77777777" w:rsidR="009E1540" w:rsidRDefault="00000000">
      <w:pPr>
        <w:pStyle w:val="Titre2"/>
        <w:spacing w:before="180" w:after="80"/>
      </w:pPr>
      <w:r>
        <w:rPr>
          <w:rFonts w:ascii="Calibri" w:hAnsi="Calibri"/>
          <w:sz w:val="26"/>
        </w:rPr>
        <w:t>C. Une offre souvent mixte</w:t>
      </w:r>
    </w:p>
    <w:p w14:paraId="5038EB09" w14:textId="77777777" w:rsidR="009E1540" w:rsidRDefault="00000000">
      <w:r>
        <w:rPr>
          <w:rFonts w:eastAsia="Calibri"/>
        </w:rPr>
        <w:t>Dans les métiers du design, l'offre associe fréquemment un bien matériel et plusieurs prestations. Une commande peut comprendre :</w:t>
      </w:r>
    </w:p>
    <w:p w14:paraId="329DA4B1" w14:textId="77777777" w:rsidR="009E1540" w:rsidRDefault="00000000">
      <w:pPr>
        <w:pBdr>
          <w:left w:val="single" w:sz="10" w:space="6" w:color="9A6347"/>
        </w:pBdr>
        <w:spacing w:before="30" w:after="50" w:line="250" w:lineRule="auto"/>
        <w:ind w:left="317" w:right="86"/>
      </w:pPr>
      <w:r>
        <w:rPr>
          <w:rFonts w:eastAsia="Calibri"/>
          <w:sz w:val="21"/>
        </w:rPr>
        <w:t>la recherche et la conception ;</w:t>
      </w:r>
    </w:p>
    <w:p w14:paraId="64C3EDC5" w14:textId="77777777" w:rsidR="009E1540" w:rsidRDefault="00000000">
      <w:pPr>
        <w:pBdr>
          <w:left w:val="single" w:sz="10" w:space="6" w:color="9A6347"/>
        </w:pBdr>
        <w:spacing w:before="30" w:after="50" w:line="250" w:lineRule="auto"/>
        <w:ind w:left="317" w:right="86"/>
      </w:pPr>
      <w:r>
        <w:rPr>
          <w:rFonts w:eastAsia="Calibri"/>
          <w:sz w:val="21"/>
        </w:rPr>
        <w:t>les dessins de formes et les recherches de décors ;</w:t>
      </w:r>
    </w:p>
    <w:p w14:paraId="4B8585BE" w14:textId="77777777" w:rsidR="009E1540" w:rsidRDefault="00000000">
      <w:pPr>
        <w:pBdr>
          <w:left w:val="single" w:sz="10" w:space="6" w:color="9A6347"/>
        </w:pBdr>
        <w:spacing w:before="30" w:after="50" w:line="250" w:lineRule="auto"/>
        <w:ind w:left="317" w:right="86"/>
      </w:pPr>
      <w:r>
        <w:rPr>
          <w:rFonts w:eastAsia="Calibri"/>
          <w:sz w:val="21"/>
        </w:rPr>
        <w:t>la réalisation de prototypes et d'essais de cuisson ;</w:t>
      </w:r>
    </w:p>
    <w:p w14:paraId="5C68A86F" w14:textId="77777777" w:rsidR="009E1540" w:rsidRDefault="00000000">
      <w:pPr>
        <w:pBdr>
          <w:left w:val="single" w:sz="10" w:space="6" w:color="9A6347"/>
        </w:pBdr>
        <w:spacing w:before="30" w:after="50" w:line="250" w:lineRule="auto"/>
        <w:ind w:left="317" w:right="86"/>
      </w:pPr>
      <w:r>
        <w:rPr>
          <w:rFonts w:eastAsia="Calibri"/>
          <w:sz w:val="21"/>
        </w:rPr>
        <w:t>le façonnage, le séchage, l'émaillage et les cuissons ;</w:t>
      </w:r>
    </w:p>
    <w:p w14:paraId="36127F12" w14:textId="77777777" w:rsidR="009E1540" w:rsidRDefault="00000000">
      <w:pPr>
        <w:pBdr>
          <w:left w:val="single" w:sz="10" w:space="6" w:color="9A6347"/>
        </w:pBdr>
        <w:spacing w:before="30" w:after="50" w:line="250" w:lineRule="auto"/>
        <w:ind w:left="317" w:right="86"/>
      </w:pPr>
      <w:r>
        <w:rPr>
          <w:rFonts w:eastAsia="Calibri"/>
          <w:sz w:val="21"/>
        </w:rPr>
        <w:t>l'emballage et la livraison ;</w:t>
      </w:r>
    </w:p>
    <w:p w14:paraId="7EA199B8" w14:textId="77777777" w:rsidR="009E1540" w:rsidRDefault="00000000">
      <w:pPr>
        <w:pBdr>
          <w:left w:val="single" w:sz="10" w:space="6" w:color="9A6347"/>
        </w:pBdr>
        <w:spacing w:before="30" w:after="50" w:line="250" w:lineRule="auto"/>
        <w:ind w:left="317" w:right="86"/>
      </w:pPr>
      <w:r>
        <w:rPr>
          <w:rFonts w:eastAsia="Calibri"/>
          <w:sz w:val="21"/>
        </w:rPr>
        <w:t>le suivi du projet ;</w:t>
      </w:r>
    </w:p>
    <w:p w14:paraId="1893334A" w14:textId="77777777" w:rsidR="009E1540" w:rsidRDefault="00000000">
      <w:pPr>
        <w:pBdr>
          <w:left w:val="single" w:sz="10" w:space="6" w:color="9A6347"/>
        </w:pBdr>
        <w:spacing w:before="30" w:after="50" w:line="250" w:lineRule="auto"/>
        <w:ind w:left="317" w:right="86"/>
      </w:pPr>
      <w:r>
        <w:rPr>
          <w:rFonts w:eastAsia="Calibri"/>
          <w:sz w:val="21"/>
        </w:rPr>
        <w:t>éventuellement, des droits d'utilisation de la création.</w:t>
      </w:r>
    </w:p>
    <w:p w14:paraId="622352B5"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À RETENIR </w:t>
      </w:r>
      <w:r>
        <w:rPr>
          <w:rFonts w:eastAsia="Calibri"/>
          <w:sz w:val="21"/>
        </w:rPr>
        <w:t>Pour fixer correctement son prix, le designer doit commencer par définir précisément ce qui est compris dans son offre.</w:t>
      </w:r>
    </w:p>
    <w:p w14:paraId="0028C5C5" w14:textId="77777777" w:rsidR="009E1540" w:rsidRDefault="00000000">
      <w:pPr>
        <w:pStyle w:val="Titre1"/>
        <w:pBdr>
          <w:bottom w:val="single" w:sz="10" w:space="4" w:color="9A6347"/>
        </w:pBdr>
        <w:spacing w:before="260" w:after="120"/>
      </w:pPr>
      <w:r>
        <w:rPr>
          <w:rFonts w:ascii="Calibri" w:hAnsi="Calibri"/>
          <w:sz w:val="33"/>
        </w:rPr>
        <w:t>II. Vendre une offre permet de réaliser un chiffre d'affaires</w:t>
      </w:r>
    </w:p>
    <w:p w14:paraId="3737CC24" w14:textId="77777777" w:rsidR="009E1540" w:rsidRDefault="00000000">
      <w:pPr>
        <w:pStyle w:val="Titre2"/>
        <w:spacing w:before="180" w:after="80"/>
      </w:pPr>
      <w:r>
        <w:rPr>
          <w:rFonts w:ascii="Calibri" w:hAnsi="Calibri"/>
          <w:sz w:val="26"/>
        </w:rPr>
        <w:t>A. Le calcul du chiffre d'affaires</w:t>
      </w:r>
    </w:p>
    <w:p w14:paraId="729F560C"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DÉFINITION </w:t>
      </w:r>
      <w:r>
        <w:rPr>
          <w:rFonts w:eastAsia="Calibri"/>
          <w:sz w:val="21"/>
        </w:rPr>
        <w:t>Le chiffre d'affaires représente le montant total des ventes réalisées par une entreprise pendant une période donnée.</w:t>
      </w:r>
    </w:p>
    <w:p w14:paraId="65B4F1D5" w14:textId="77777777" w:rsidR="009E1540" w:rsidRDefault="00000000">
      <w:pPr>
        <w:keepLines/>
        <w:spacing w:before="100" w:after="140"/>
        <w:jc w:val="center"/>
      </w:pPr>
      <w:r>
        <w:rPr>
          <w:rFonts w:eastAsia="Calibri"/>
          <w:b/>
          <w:sz w:val="23"/>
        </w:rPr>
        <w:t>Chiffre d'affaires HT = prix de vente unitaire HT x quantité vendue</w:t>
      </w:r>
    </w:p>
    <w:p w14:paraId="69AE72BC" w14:textId="77777777" w:rsidR="009E1540" w:rsidRDefault="00000000">
      <w:r>
        <w:rPr>
          <w:rFonts w:eastAsia="Calibri"/>
        </w:rPr>
        <w:t>Application à l'atelier KAOLIN :</w:t>
      </w:r>
    </w:p>
    <w:p w14:paraId="647487E3" w14:textId="77777777" w:rsidR="009E1540" w:rsidRDefault="00000000">
      <w:pPr>
        <w:keepLines/>
        <w:spacing w:before="100" w:after="140"/>
        <w:jc w:val="center"/>
      </w:pPr>
      <w:r>
        <w:rPr>
          <w:rFonts w:eastAsia="Calibri"/>
          <w:b/>
          <w:sz w:val="23"/>
        </w:rPr>
        <w:t>60 assiettes x 75 € HT = 4 500 € HT</w:t>
      </w:r>
    </w:p>
    <w:p w14:paraId="658DF763" w14:textId="77777777" w:rsidR="009E1540" w:rsidRDefault="00000000">
      <w:r>
        <w:rPr>
          <w:rFonts w:eastAsia="Calibri"/>
        </w:rPr>
        <w:t>Le chiffre d'affaires réalisé grâce à cette commande est donc de 4 500 € HT.</w:t>
      </w:r>
    </w:p>
    <w:p w14:paraId="12588EB3" w14:textId="77777777" w:rsidR="009E1540" w:rsidRDefault="00000000">
      <w:pPr>
        <w:pStyle w:val="Titre2"/>
        <w:spacing w:before="180" w:after="80"/>
      </w:pPr>
      <w:r>
        <w:rPr>
          <w:rFonts w:ascii="Calibri" w:hAnsi="Calibri"/>
          <w:sz w:val="26"/>
        </w:rPr>
        <w:t>B. Le chiffre d'affaires n'est pas le revenu du designer</w:t>
      </w:r>
    </w:p>
    <w:p w14:paraId="6A67148F" w14:textId="77777777" w:rsidR="009E1540" w:rsidRDefault="00000000">
      <w:r>
        <w:rPr>
          <w:rFonts w:eastAsia="Calibri"/>
        </w:rPr>
        <w:t>Le chiffre d'affaires ne correspond :</w:t>
      </w:r>
    </w:p>
    <w:p w14:paraId="0F8CA03F" w14:textId="77777777" w:rsidR="009E1540" w:rsidRDefault="00000000">
      <w:pPr>
        <w:pBdr>
          <w:left w:val="single" w:sz="10" w:space="6" w:color="9A6347"/>
        </w:pBdr>
        <w:spacing w:before="30" w:after="50" w:line="250" w:lineRule="auto"/>
        <w:ind w:left="317" w:right="86"/>
      </w:pPr>
      <w:r>
        <w:rPr>
          <w:rFonts w:eastAsia="Calibri"/>
          <w:sz w:val="21"/>
        </w:rPr>
        <w:t>ni au bénéfice réalisé ;</w:t>
      </w:r>
    </w:p>
    <w:p w14:paraId="20EC52C0" w14:textId="77777777" w:rsidR="009E1540" w:rsidRDefault="00000000">
      <w:pPr>
        <w:pBdr>
          <w:left w:val="single" w:sz="10" w:space="6" w:color="9A6347"/>
        </w:pBdr>
        <w:spacing w:before="30" w:after="50" w:line="250" w:lineRule="auto"/>
        <w:ind w:left="317" w:right="86"/>
      </w:pPr>
      <w:r>
        <w:rPr>
          <w:rFonts w:eastAsia="Calibri"/>
          <w:sz w:val="21"/>
        </w:rPr>
        <w:t>ni au salaire du créateur ;</w:t>
      </w:r>
    </w:p>
    <w:p w14:paraId="252F5CA1" w14:textId="77777777" w:rsidR="009E1540" w:rsidRDefault="00000000">
      <w:pPr>
        <w:pBdr>
          <w:left w:val="single" w:sz="10" w:space="6" w:color="9A6347"/>
        </w:pBdr>
        <w:spacing w:before="30" w:after="50" w:line="250" w:lineRule="auto"/>
        <w:ind w:left="317" w:right="86"/>
      </w:pPr>
      <w:r>
        <w:rPr>
          <w:rFonts w:eastAsia="Calibri"/>
          <w:sz w:val="21"/>
        </w:rPr>
        <w:t>ni à son revenu disponible ;</w:t>
      </w:r>
    </w:p>
    <w:p w14:paraId="25014DE7" w14:textId="77777777" w:rsidR="009E1540" w:rsidRDefault="00000000">
      <w:pPr>
        <w:pBdr>
          <w:left w:val="single" w:sz="10" w:space="6" w:color="9A6347"/>
        </w:pBdr>
        <w:spacing w:before="30" w:after="50" w:line="250" w:lineRule="auto"/>
        <w:ind w:left="317" w:right="86"/>
      </w:pPr>
      <w:r>
        <w:rPr>
          <w:rFonts w:eastAsia="Calibri"/>
          <w:sz w:val="21"/>
        </w:rPr>
        <w:t>ni à la somme qu'il peut conserver.</w:t>
      </w:r>
    </w:p>
    <w:p w14:paraId="3E166059"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À RETENIR </w:t>
      </w:r>
      <w:r>
        <w:rPr>
          <w:rFonts w:eastAsia="Calibri"/>
          <w:sz w:val="21"/>
        </w:rPr>
        <w:t>Une partie du chiffre d'affaires sert à payer les charges. Le résultat correspond à la différence entre le chiffre d'affaires et les charges. Un chiffre d'affaires élevé ne signifie donc pas automatiquement que l'activité est rentable.</w:t>
      </w:r>
    </w:p>
    <w:p w14:paraId="7B7B1078" w14:textId="77777777" w:rsidR="009E1540" w:rsidRDefault="00000000">
      <w:pPr>
        <w:pStyle w:val="Titre1"/>
        <w:pBdr>
          <w:bottom w:val="single" w:sz="10" w:space="4" w:color="9A6347"/>
        </w:pBdr>
        <w:spacing w:before="260" w:after="120"/>
      </w:pPr>
      <w:r>
        <w:rPr>
          <w:rFonts w:ascii="Calibri" w:hAnsi="Calibri"/>
          <w:sz w:val="33"/>
        </w:rPr>
        <w:lastRenderedPageBreak/>
        <w:t>III. Une activité créative entraîne des charges</w:t>
      </w:r>
    </w:p>
    <w:p w14:paraId="3B33B924" w14:textId="77777777" w:rsidR="009E1540" w:rsidRDefault="00000000">
      <w:pPr>
        <w:pStyle w:val="Titre2"/>
        <w:spacing w:before="180" w:after="80"/>
      </w:pPr>
      <w:r>
        <w:rPr>
          <w:rFonts w:ascii="Calibri" w:hAnsi="Calibri"/>
          <w:sz w:val="26"/>
        </w:rPr>
        <w:t>A. La notion de charge</w:t>
      </w:r>
    </w:p>
    <w:p w14:paraId="4A5262FC"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DÉFINITION </w:t>
      </w:r>
      <w:r>
        <w:rPr>
          <w:rFonts w:eastAsia="Calibri"/>
          <w:sz w:val="21"/>
        </w:rPr>
        <w:t>Une charge correspond à un coût supporté par le professionnel pour exercer son activité.</w:t>
      </w:r>
    </w:p>
    <w:p w14:paraId="55AC2D45" w14:textId="77777777" w:rsidR="009E1540" w:rsidRDefault="00000000">
      <w:r>
        <w:rPr>
          <w:rFonts w:eastAsia="Calibri"/>
        </w:rPr>
        <w:t>Les charges sont nombreuses dans une activité créative. Elles dépendent notamment de la spécialité, du lieu de travail, des équipements utilisés et de la nature des commandes.</w:t>
      </w:r>
    </w:p>
    <w:tbl>
      <w:tblPr>
        <w:tblStyle w:val="Grilledutableau"/>
        <w:tblW w:w="10346" w:type="dxa"/>
        <w:tblInd w:w="120" w:type="dxa"/>
        <w:tblBorders>
          <w:top w:val="single" w:sz="6" w:space="0" w:color="9A6347"/>
          <w:left w:val="single" w:sz="6" w:space="0" w:color="C8C8C8"/>
          <w:bottom w:val="single" w:sz="6" w:space="0" w:color="9A6347"/>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2800"/>
        <w:gridCol w:w="7546"/>
      </w:tblGrid>
      <w:tr w:rsidR="009E1540" w14:paraId="1B2A5D2A" w14:textId="77777777">
        <w:trPr>
          <w:cantSplit/>
          <w:tblHeader/>
        </w:trPr>
        <w:tc>
          <w:tcPr>
            <w:tcW w:w="2800" w:type="dxa"/>
            <w:shd w:val="clear" w:color="auto" w:fill="F6EEE9"/>
            <w:tcMar>
              <w:top w:w="90" w:type="dxa"/>
              <w:left w:w="120" w:type="dxa"/>
              <w:bottom w:w="90" w:type="dxa"/>
              <w:right w:w="120" w:type="dxa"/>
            </w:tcMar>
            <w:vAlign w:val="center"/>
          </w:tcPr>
          <w:p w14:paraId="49519418" w14:textId="77777777" w:rsidR="009E1540" w:rsidRDefault="00000000">
            <w:pPr>
              <w:spacing w:before="20" w:after="20" w:line="240" w:lineRule="auto"/>
            </w:pPr>
            <w:r>
              <w:rPr>
                <w:rFonts w:eastAsia="Calibri"/>
                <w:b/>
                <w:sz w:val="19"/>
              </w:rPr>
              <w:t>Catégorie</w:t>
            </w:r>
          </w:p>
        </w:tc>
        <w:tc>
          <w:tcPr>
            <w:tcW w:w="7546" w:type="dxa"/>
            <w:shd w:val="clear" w:color="auto" w:fill="F6EEE9"/>
            <w:tcMar>
              <w:top w:w="90" w:type="dxa"/>
              <w:left w:w="120" w:type="dxa"/>
              <w:bottom w:w="90" w:type="dxa"/>
              <w:right w:w="120" w:type="dxa"/>
            </w:tcMar>
            <w:vAlign w:val="center"/>
          </w:tcPr>
          <w:p w14:paraId="59AB495D" w14:textId="77777777" w:rsidR="009E1540" w:rsidRDefault="00000000">
            <w:pPr>
              <w:spacing w:before="20" w:after="20" w:line="240" w:lineRule="auto"/>
            </w:pPr>
            <w:r>
              <w:rPr>
                <w:rFonts w:eastAsia="Calibri"/>
                <w:b/>
                <w:sz w:val="19"/>
              </w:rPr>
              <w:t>Exemples</w:t>
            </w:r>
          </w:p>
        </w:tc>
      </w:tr>
      <w:tr w:rsidR="009E1540" w14:paraId="39228C10" w14:textId="77777777">
        <w:trPr>
          <w:cantSplit/>
        </w:trPr>
        <w:tc>
          <w:tcPr>
            <w:tcW w:w="2800" w:type="dxa"/>
            <w:shd w:val="clear" w:color="auto" w:fill="FFFFFF"/>
            <w:vAlign w:val="center"/>
          </w:tcPr>
          <w:p w14:paraId="4344C8B5" w14:textId="77777777" w:rsidR="009E1540" w:rsidRDefault="00000000">
            <w:pPr>
              <w:spacing w:before="20" w:after="20" w:line="240" w:lineRule="auto"/>
            </w:pPr>
            <w:r>
              <w:rPr>
                <w:rFonts w:eastAsia="Calibri"/>
                <w:sz w:val="19"/>
              </w:rPr>
              <w:t>Matières</w:t>
            </w:r>
          </w:p>
        </w:tc>
        <w:tc>
          <w:tcPr>
            <w:tcW w:w="7546" w:type="dxa"/>
            <w:shd w:val="clear" w:color="auto" w:fill="FFFFFF"/>
            <w:vAlign w:val="center"/>
          </w:tcPr>
          <w:p w14:paraId="40D4A74A" w14:textId="77777777" w:rsidR="009E1540" w:rsidRDefault="00000000">
            <w:pPr>
              <w:spacing w:before="20" w:after="20" w:line="240" w:lineRule="auto"/>
            </w:pPr>
            <w:r>
              <w:rPr>
                <w:rFonts w:eastAsia="Calibri"/>
                <w:sz w:val="19"/>
              </w:rPr>
              <w:t>Grès, porcelaine, faïence, chamotte, engobes, émaux, oxydes</w:t>
            </w:r>
          </w:p>
        </w:tc>
      </w:tr>
      <w:tr w:rsidR="009E1540" w14:paraId="51B053D6" w14:textId="77777777">
        <w:trPr>
          <w:cantSplit/>
        </w:trPr>
        <w:tc>
          <w:tcPr>
            <w:tcW w:w="2800" w:type="dxa"/>
            <w:shd w:val="clear" w:color="auto" w:fill="FBF7F4"/>
            <w:vAlign w:val="center"/>
          </w:tcPr>
          <w:p w14:paraId="7D6414E8" w14:textId="77777777" w:rsidR="009E1540" w:rsidRDefault="00000000">
            <w:pPr>
              <w:spacing w:before="20" w:after="20" w:line="240" w:lineRule="auto"/>
            </w:pPr>
            <w:r>
              <w:rPr>
                <w:rFonts w:eastAsia="Calibri"/>
                <w:sz w:val="19"/>
              </w:rPr>
              <w:t>Fournitures</w:t>
            </w:r>
          </w:p>
        </w:tc>
        <w:tc>
          <w:tcPr>
            <w:tcW w:w="7546" w:type="dxa"/>
            <w:shd w:val="clear" w:color="auto" w:fill="FBF7F4"/>
            <w:vAlign w:val="center"/>
          </w:tcPr>
          <w:p w14:paraId="0382F2FC" w14:textId="77777777" w:rsidR="009E1540" w:rsidRDefault="00000000">
            <w:pPr>
              <w:spacing w:before="20" w:after="20" w:line="240" w:lineRule="auto"/>
            </w:pPr>
            <w:r>
              <w:rPr>
                <w:rFonts w:eastAsia="Calibri"/>
                <w:sz w:val="19"/>
              </w:rPr>
              <w:t>Plâtre, éponges, outils, protections, papier et emballages</w:t>
            </w:r>
          </w:p>
        </w:tc>
      </w:tr>
      <w:tr w:rsidR="009E1540" w14:paraId="35E6AD1B" w14:textId="77777777">
        <w:trPr>
          <w:cantSplit/>
        </w:trPr>
        <w:tc>
          <w:tcPr>
            <w:tcW w:w="2800" w:type="dxa"/>
            <w:shd w:val="clear" w:color="auto" w:fill="FFFFFF"/>
            <w:vAlign w:val="center"/>
          </w:tcPr>
          <w:p w14:paraId="748D0B9C" w14:textId="77777777" w:rsidR="009E1540" w:rsidRDefault="00000000">
            <w:pPr>
              <w:spacing w:before="20" w:after="20" w:line="240" w:lineRule="auto"/>
            </w:pPr>
            <w:r>
              <w:rPr>
                <w:rFonts w:eastAsia="Calibri"/>
                <w:sz w:val="19"/>
              </w:rPr>
              <w:t>Prestations extérieures</w:t>
            </w:r>
          </w:p>
        </w:tc>
        <w:tc>
          <w:tcPr>
            <w:tcW w:w="7546" w:type="dxa"/>
            <w:shd w:val="clear" w:color="auto" w:fill="FFFFFF"/>
            <w:vAlign w:val="center"/>
          </w:tcPr>
          <w:p w14:paraId="62035BD4" w14:textId="77777777" w:rsidR="009E1540" w:rsidRDefault="00000000">
            <w:pPr>
              <w:spacing w:before="20" w:after="20" w:line="240" w:lineRule="auto"/>
            </w:pPr>
            <w:r>
              <w:rPr>
                <w:rFonts w:eastAsia="Calibri"/>
                <w:sz w:val="19"/>
              </w:rPr>
              <w:t>Cuisson externalisée, fabrication de moules, photographie, transporteur</w:t>
            </w:r>
          </w:p>
        </w:tc>
      </w:tr>
      <w:tr w:rsidR="009E1540" w14:paraId="0A0796EE" w14:textId="77777777">
        <w:trPr>
          <w:cantSplit/>
        </w:trPr>
        <w:tc>
          <w:tcPr>
            <w:tcW w:w="2800" w:type="dxa"/>
            <w:shd w:val="clear" w:color="auto" w:fill="FBF7F4"/>
            <w:vAlign w:val="center"/>
          </w:tcPr>
          <w:p w14:paraId="6D8BBD85" w14:textId="77777777" w:rsidR="009E1540" w:rsidRDefault="00000000">
            <w:pPr>
              <w:spacing w:before="20" w:after="20" w:line="240" w:lineRule="auto"/>
            </w:pPr>
            <w:r>
              <w:rPr>
                <w:rFonts w:eastAsia="Calibri"/>
                <w:sz w:val="19"/>
              </w:rPr>
              <w:t>Locaux</w:t>
            </w:r>
          </w:p>
        </w:tc>
        <w:tc>
          <w:tcPr>
            <w:tcW w:w="7546" w:type="dxa"/>
            <w:shd w:val="clear" w:color="auto" w:fill="FBF7F4"/>
            <w:vAlign w:val="center"/>
          </w:tcPr>
          <w:p w14:paraId="24F299EB" w14:textId="77777777" w:rsidR="009E1540" w:rsidRDefault="00000000">
            <w:pPr>
              <w:spacing w:before="20" w:after="20" w:line="240" w:lineRule="auto"/>
            </w:pPr>
            <w:r>
              <w:rPr>
                <w:rFonts w:eastAsia="Calibri"/>
                <w:sz w:val="19"/>
              </w:rPr>
              <w:t>Loyer de l'atelier, électricité, chauffage</w:t>
            </w:r>
          </w:p>
        </w:tc>
      </w:tr>
      <w:tr w:rsidR="009E1540" w14:paraId="67DFC14A" w14:textId="77777777">
        <w:trPr>
          <w:cantSplit/>
        </w:trPr>
        <w:tc>
          <w:tcPr>
            <w:tcW w:w="2800" w:type="dxa"/>
            <w:shd w:val="clear" w:color="auto" w:fill="FFFFFF"/>
            <w:vAlign w:val="center"/>
          </w:tcPr>
          <w:p w14:paraId="6035D1AB" w14:textId="77777777" w:rsidR="009E1540" w:rsidRDefault="00000000">
            <w:pPr>
              <w:spacing w:before="20" w:after="20" w:line="240" w:lineRule="auto"/>
            </w:pPr>
            <w:r>
              <w:rPr>
                <w:rFonts w:eastAsia="Calibri"/>
                <w:sz w:val="19"/>
              </w:rPr>
              <w:t>Matériel</w:t>
            </w:r>
          </w:p>
        </w:tc>
        <w:tc>
          <w:tcPr>
            <w:tcW w:w="7546" w:type="dxa"/>
            <w:shd w:val="clear" w:color="auto" w:fill="FFFFFF"/>
            <w:vAlign w:val="center"/>
          </w:tcPr>
          <w:p w14:paraId="0BB98995" w14:textId="77777777" w:rsidR="009E1540" w:rsidRDefault="00000000">
            <w:pPr>
              <w:spacing w:before="20" w:after="20" w:line="240" w:lineRule="auto"/>
            </w:pPr>
            <w:r>
              <w:rPr>
                <w:rFonts w:eastAsia="Calibri"/>
                <w:sz w:val="19"/>
              </w:rPr>
              <w:t>Four, tour, boudineuse, cabine d'émaillage, outils et entretien</w:t>
            </w:r>
          </w:p>
        </w:tc>
      </w:tr>
      <w:tr w:rsidR="009E1540" w14:paraId="2B230403" w14:textId="77777777">
        <w:trPr>
          <w:cantSplit/>
        </w:trPr>
        <w:tc>
          <w:tcPr>
            <w:tcW w:w="2800" w:type="dxa"/>
            <w:shd w:val="clear" w:color="auto" w:fill="FBF7F4"/>
            <w:vAlign w:val="center"/>
          </w:tcPr>
          <w:p w14:paraId="0E071B83" w14:textId="77777777" w:rsidR="009E1540" w:rsidRDefault="00000000">
            <w:pPr>
              <w:spacing w:before="20" w:after="20" w:line="240" w:lineRule="auto"/>
            </w:pPr>
            <w:r>
              <w:rPr>
                <w:rFonts w:eastAsia="Calibri"/>
                <w:sz w:val="19"/>
              </w:rPr>
              <w:t>Déplacements</w:t>
            </w:r>
          </w:p>
        </w:tc>
        <w:tc>
          <w:tcPr>
            <w:tcW w:w="7546" w:type="dxa"/>
            <w:shd w:val="clear" w:color="auto" w:fill="FBF7F4"/>
            <w:vAlign w:val="center"/>
          </w:tcPr>
          <w:p w14:paraId="41B72C15" w14:textId="77777777" w:rsidR="009E1540" w:rsidRDefault="00000000">
            <w:pPr>
              <w:spacing w:before="20" w:after="20" w:line="240" w:lineRule="auto"/>
            </w:pPr>
            <w:r>
              <w:rPr>
                <w:rFonts w:eastAsia="Calibri"/>
                <w:sz w:val="19"/>
              </w:rPr>
              <w:t>Achat des matières, livraison, marchés et salons</w:t>
            </w:r>
          </w:p>
        </w:tc>
      </w:tr>
      <w:tr w:rsidR="009E1540" w14:paraId="5E359C22" w14:textId="77777777">
        <w:trPr>
          <w:cantSplit/>
        </w:trPr>
        <w:tc>
          <w:tcPr>
            <w:tcW w:w="2800" w:type="dxa"/>
            <w:shd w:val="clear" w:color="auto" w:fill="FFFFFF"/>
            <w:vAlign w:val="center"/>
          </w:tcPr>
          <w:p w14:paraId="795DAD85" w14:textId="77777777" w:rsidR="009E1540" w:rsidRDefault="00000000">
            <w:pPr>
              <w:spacing w:before="20" w:after="20" w:line="240" w:lineRule="auto"/>
            </w:pPr>
            <w:r>
              <w:rPr>
                <w:rFonts w:eastAsia="Calibri"/>
                <w:sz w:val="19"/>
              </w:rPr>
              <w:t>Administration</w:t>
            </w:r>
          </w:p>
        </w:tc>
        <w:tc>
          <w:tcPr>
            <w:tcW w:w="7546" w:type="dxa"/>
            <w:shd w:val="clear" w:color="auto" w:fill="FFFFFF"/>
            <w:vAlign w:val="center"/>
          </w:tcPr>
          <w:p w14:paraId="19D6BDA1" w14:textId="77777777" w:rsidR="009E1540" w:rsidRDefault="00000000">
            <w:pPr>
              <w:spacing w:before="20" w:after="20" w:line="240" w:lineRule="auto"/>
            </w:pPr>
            <w:r>
              <w:rPr>
                <w:rFonts w:eastAsia="Calibri"/>
                <w:sz w:val="19"/>
              </w:rPr>
              <w:t>Assurance, banque, téléphone</w:t>
            </w:r>
          </w:p>
        </w:tc>
      </w:tr>
      <w:tr w:rsidR="009E1540" w14:paraId="6670F8C6" w14:textId="77777777">
        <w:trPr>
          <w:cantSplit/>
        </w:trPr>
        <w:tc>
          <w:tcPr>
            <w:tcW w:w="2800" w:type="dxa"/>
            <w:shd w:val="clear" w:color="auto" w:fill="FBF7F4"/>
            <w:vAlign w:val="center"/>
          </w:tcPr>
          <w:p w14:paraId="49B3AB9A" w14:textId="77777777" w:rsidR="009E1540" w:rsidRDefault="00000000">
            <w:pPr>
              <w:spacing w:before="20" w:after="20" w:line="240" w:lineRule="auto"/>
            </w:pPr>
            <w:r>
              <w:rPr>
                <w:rFonts w:eastAsia="Calibri"/>
                <w:sz w:val="19"/>
              </w:rPr>
              <w:t>Numérique</w:t>
            </w:r>
          </w:p>
        </w:tc>
        <w:tc>
          <w:tcPr>
            <w:tcW w:w="7546" w:type="dxa"/>
            <w:shd w:val="clear" w:color="auto" w:fill="FBF7F4"/>
            <w:vAlign w:val="center"/>
          </w:tcPr>
          <w:p w14:paraId="0CCB1854" w14:textId="77777777" w:rsidR="009E1540" w:rsidRDefault="00000000">
            <w:pPr>
              <w:spacing w:before="20" w:after="20" w:line="240" w:lineRule="auto"/>
            </w:pPr>
            <w:r>
              <w:rPr>
                <w:rFonts w:eastAsia="Calibri"/>
                <w:sz w:val="19"/>
              </w:rPr>
              <w:t>Logiciel de conception, site Internet, boutique en ligne et stockage</w:t>
            </w:r>
          </w:p>
        </w:tc>
      </w:tr>
      <w:tr w:rsidR="009E1540" w14:paraId="16A02CA0" w14:textId="77777777">
        <w:trPr>
          <w:cantSplit/>
        </w:trPr>
        <w:tc>
          <w:tcPr>
            <w:tcW w:w="2800" w:type="dxa"/>
            <w:shd w:val="clear" w:color="auto" w:fill="FFFFFF"/>
            <w:vAlign w:val="center"/>
          </w:tcPr>
          <w:p w14:paraId="1704AEDB" w14:textId="77777777" w:rsidR="009E1540" w:rsidRDefault="00000000">
            <w:pPr>
              <w:spacing w:before="20" w:after="20" w:line="240" w:lineRule="auto"/>
            </w:pPr>
            <w:r>
              <w:rPr>
                <w:rFonts w:eastAsia="Calibri"/>
                <w:sz w:val="19"/>
              </w:rPr>
              <w:t>Communication</w:t>
            </w:r>
          </w:p>
        </w:tc>
        <w:tc>
          <w:tcPr>
            <w:tcW w:w="7546" w:type="dxa"/>
            <w:shd w:val="clear" w:color="auto" w:fill="FFFFFF"/>
            <w:vAlign w:val="center"/>
          </w:tcPr>
          <w:p w14:paraId="29B4C2C1" w14:textId="77777777" w:rsidR="009E1540" w:rsidRDefault="00000000">
            <w:pPr>
              <w:spacing w:before="20" w:after="20" w:line="240" w:lineRule="auto"/>
            </w:pPr>
            <w:r>
              <w:rPr>
                <w:rFonts w:eastAsia="Calibri"/>
                <w:sz w:val="19"/>
              </w:rPr>
              <w:t>Photographies des pièces, marchés de créateurs et salons professionnels</w:t>
            </w:r>
          </w:p>
        </w:tc>
      </w:tr>
    </w:tbl>
    <w:p w14:paraId="19DCA6AE" w14:textId="77777777" w:rsidR="009E1540" w:rsidRDefault="009E1540">
      <w:pPr>
        <w:spacing w:after="20"/>
      </w:pPr>
    </w:p>
    <w:p w14:paraId="40F32FA9"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POINT DE VIGILANCE </w:t>
      </w:r>
      <w:r>
        <w:rPr>
          <w:rFonts w:eastAsia="Calibri"/>
          <w:sz w:val="21"/>
        </w:rPr>
        <w:t>L'achat d'un four, d'un tour ou d'une boudineuse constitue un investissement important. Son traitement sera étudié ultérieurement. Il ne doit pas être confondu avec l'achat d'argile ou d'émaux consommés rapidement.</w:t>
      </w:r>
    </w:p>
    <w:p w14:paraId="4C78470D" w14:textId="77777777" w:rsidR="009E1540" w:rsidRDefault="00000000">
      <w:pPr>
        <w:pStyle w:val="Titre2"/>
        <w:spacing w:before="180" w:after="80"/>
      </w:pPr>
      <w:r>
        <w:rPr>
          <w:rFonts w:ascii="Calibri" w:hAnsi="Calibri"/>
          <w:sz w:val="26"/>
        </w:rPr>
        <w:t>B. Le temps de travail doit également être rémunéré</w:t>
      </w:r>
    </w:p>
    <w:p w14:paraId="3D4AA3B3" w14:textId="77777777" w:rsidR="009E1540" w:rsidRDefault="00000000">
      <w:r>
        <w:rPr>
          <w:rFonts w:eastAsia="Calibri"/>
        </w:rPr>
        <w:t>Le temps consacré à la recherche, aux échanges avec le client, au façonnage, aux décors, à l'émaillage, à la gestion des cuissons, au contrôle des pièces, à l'emballage et à la livraison doit être pris en compte dans le prix demandé.</w:t>
      </w:r>
    </w:p>
    <w:p w14:paraId="7376EC08"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REMARQUE </w:t>
      </w:r>
      <w:r>
        <w:rPr>
          <w:rFonts w:eastAsia="Calibri"/>
          <w:sz w:val="21"/>
        </w:rPr>
        <w:t>Lorsque le créateur travaille seul, son temps de travail n'apparaît pas toujours comme une charge comptable. Il doit néanmoins être valorisé pour que le prix de vente lui permette de se rémunérer.</w:t>
      </w:r>
    </w:p>
    <w:p w14:paraId="3449DF3A" w14:textId="77777777" w:rsidR="009E1540" w:rsidRDefault="00000000">
      <w:pPr>
        <w:pStyle w:val="Titre1"/>
        <w:pBdr>
          <w:bottom w:val="single" w:sz="10" w:space="4" w:color="9A6347"/>
        </w:pBdr>
        <w:spacing w:before="260" w:after="120"/>
      </w:pPr>
      <w:r>
        <w:rPr>
          <w:rFonts w:ascii="Calibri" w:hAnsi="Calibri"/>
          <w:sz w:val="33"/>
        </w:rPr>
        <w:t>IV. Distinguer les charges fixes et les charges variables</w:t>
      </w:r>
    </w:p>
    <w:p w14:paraId="11057257" w14:textId="77777777" w:rsidR="009E1540" w:rsidRDefault="00000000">
      <w:pPr>
        <w:pStyle w:val="Titre2"/>
        <w:spacing w:before="180" w:after="80"/>
      </w:pPr>
      <w:r>
        <w:rPr>
          <w:rFonts w:ascii="Calibri" w:hAnsi="Calibri"/>
          <w:sz w:val="26"/>
        </w:rPr>
        <w:t>A. Les charges variables</w:t>
      </w:r>
    </w:p>
    <w:p w14:paraId="190024E9"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DÉFINITION </w:t>
      </w:r>
      <w:r>
        <w:rPr>
          <w:rFonts w:eastAsia="Calibri"/>
          <w:sz w:val="21"/>
        </w:rPr>
        <w:t>Une charge variable évolue en fonction du nombre d'objets fabriqués, du nombre de commandes ou du niveau d'activité.</w:t>
      </w:r>
    </w:p>
    <w:p w14:paraId="3594C60D" w14:textId="77777777" w:rsidR="009E1540" w:rsidRDefault="00000000">
      <w:r>
        <w:rPr>
          <w:rFonts w:eastAsia="Calibri"/>
        </w:rPr>
        <w:t>Les principales charges variables d'un designer peuvent être :</w:t>
      </w:r>
    </w:p>
    <w:p w14:paraId="277EBE89" w14:textId="77777777" w:rsidR="009E1540" w:rsidRDefault="00000000">
      <w:pPr>
        <w:pBdr>
          <w:left w:val="single" w:sz="10" w:space="6" w:color="9A6347"/>
        </w:pBdr>
        <w:spacing w:before="30" w:after="50" w:line="250" w:lineRule="auto"/>
        <w:ind w:left="317" w:right="86"/>
      </w:pPr>
      <w:r>
        <w:rPr>
          <w:rFonts w:eastAsia="Calibri"/>
          <w:sz w:val="21"/>
        </w:rPr>
        <w:t>les matières premières ;</w:t>
      </w:r>
    </w:p>
    <w:p w14:paraId="44605121" w14:textId="77777777" w:rsidR="009E1540" w:rsidRDefault="00000000">
      <w:pPr>
        <w:pBdr>
          <w:left w:val="single" w:sz="10" w:space="6" w:color="9A6347"/>
        </w:pBdr>
        <w:spacing w:before="30" w:after="50" w:line="250" w:lineRule="auto"/>
        <w:ind w:left="317" w:right="86"/>
      </w:pPr>
      <w:r>
        <w:rPr>
          <w:rFonts w:eastAsia="Calibri"/>
          <w:sz w:val="21"/>
        </w:rPr>
        <w:t>les engobes, émaux et oxydes ;</w:t>
      </w:r>
    </w:p>
    <w:p w14:paraId="3E154424" w14:textId="77777777" w:rsidR="009E1540" w:rsidRDefault="00000000">
      <w:pPr>
        <w:pBdr>
          <w:left w:val="single" w:sz="10" w:space="6" w:color="9A6347"/>
        </w:pBdr>
        <w:spacing w:before="30" w:after="50" w:line="250" w:lineRule="auto"/>
        <w:ind w:left="317" w:right="86"/>
      </w:pPr>
      <w:r>
        <w:rPr>
          <w:rFonts w:eastAsia="Calibri"/>
          <w:sz w:val="21"/>
        </w:rPr>
        <w:t>les emballages ;</w:t>
      </w:r>
    </w:p>
    <w:p w14:paraId="50E3FB29" w14:textId="77777777" w:rsidR="009E1540" w:rsidRDefault="00000000">
      <w:pPr>
        <w:pBdr>
          <w:left w:val="single" w:sz="10" w:space="6" w:color="9A6347"/>
        </w:pBdr>
        <w:spacing w:before="30" w:after="50" w:line="250" w:lineRule="auto"/>
        <w:ind w:left="317" w:right="86"/>
      </w:pPr>
      <w:r>
        <w:rPr>
          <w:rFonts w:eastAsia="Calibri"/>
          <w:sz w:val="21"/>
        </w:rPr>
        <w:t>l'énergie consommée par les cuissons ;</w:t>
      </w:r>
    </w:p>
    <w:p w14:paraId="552724D1" w14:textId="77777777" w:rsidR="009E1540" w:rsidRDefault="00000000">
      <w:pPr>
        <w:pBdr>
          <w:left w:val="single" w:sz="10" w:space="6" w:color="9A6347"/>
        </w:pBdr>
        <w:spacing w:before="30" w:after="50" w:line="250" w:lineRule="auto"/>
        <w:ind w:left="317" w:right="86"/>
      </w:pPr>
      <w:r>
        <w:rPr>
          <w:rFonts w:eastAsia="Calibri"/>
          <w:sz w:val="21"/>
        </w:rPr>
        <w:t>les commissions des boutiques et plateformes ;</w:t>
      </w:r>
    </w:p>
    <w:p w14:paraId="59BC465B" w14:textId="77777777" w:rsidR="009E1540" w:rsidRDefault="00000000">
      <w:pPr>
        <w:pBdr>
          <w:left w:val="single" w:sz="10" w:space="6" w:color="9A6347"/>
        </w:pBdr>
        <w:spacing w:before="30" w:after="50" w:line="250" w:lineRule="auto"/>
        <w:ind w:left="317" w:right="86"/>
      </w:pPr>
      <w:r>
        <w:rPr>
          <w:rFonts w:eastAsia="Calibri"/>
          <w:sz w:val="21"/>
        </w:rPr>
        <w:t>certains frais de transport.</w:t>
      </w:r>
    </w:p>
    <w:p w14:paraId="26E4087F" w14:textId="77777777" w:rsidR="009E1540" w:rsidRDefault="00000000">
      <w:r>
        <w:rPr>
          <w:rFonts w:eastAsia="Calibri"/>
        </w:rPr>
        <w:t>Si l'atelier fabrique davantage d'assiettes, il consomme davantage de grès, d'émail, d'énergie de cuisson et d'emballages.</w:t>
      </w:r>
    </w:p>
    <w:p w14:paraId="1526B825" w14:textId="77777777" w:rsidR="009E1540" w:rsidRDefault="00000000">
      <w:r>
        <w:br w:type="page"/>
      </w:r>
    </w:p>
    <w:p w14:paraId="09732C46" w14:textId="77777777" w:rsidR="009E1540" w:rsidRDefault="00000000">
      <w:pPr>
        <w:pStyle w:val="Titre2"/>
        <w:spacing w:before="180" w:after="80"/>
      </w:pPr>
      <w:r>
        <w:rPr>
          <w:rFonts w:ascii="Calibri" w:hAnsi="Calibri"/>
          <w:sz w:val="26"/>
        </w:rPr>
        <w:lastRenderedPageBreak/>
        <w:t>B. Les charges fixes</w:t>
      </w:r>
    </w:p>
    <w:p w14:paraId="22764230"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DÉFINITION </w:t>
      </w:r>
      <w:r>
        <w:rPr>
          <w:rFonts w:eastAsia="Calibri"/>
          <w:sz w:val="21"/>
        </w:rPr>
        <w:t>Une charge fixe ne varie pas immédiatement avec le nombre d'objets fabriqués ou vendus.</w:t>
      </w:r>
    </w:p>
    <w:p w14:paraId="2DD5ED3A" w14:textId="77777777" w:rsidR="009E1540" w:rsidRDefault="00000000">
      <w:r>
        <w:rPr>
          <w:rFonts w:eastAsia="Calibri"/>
        </w:rPr>
        <w:t>Les principales charges fixes peuvent être :</w:t>
      </w:r>
    </w:p>
    <w:p w14:paraId="02FA8FFC" w14:textId="77777777" w:rsidR="009E1540" w:rsidRDefault="00000000">
      <w:pPr>
        <w:pBdr>
          <w:left w:val="single" w:sz="10" w:space="6" w:color="9A6347"/>
        </w:pBdr>
        <w:spacing w:before="30" w:after="50" w:line="250" w:lineRule="auto"/>
        <w:ind w:left="317" w:right="86"/>
      </w:pPr>
      <w:r>
        <w:rPr>
          <w:rFonts w:eastAsia="Calibri"/>
          <w:sz w:val="21"/>
        </w:rPr>
        <w:t>le loyer de l'atelier ;</w:t>
      </w:r>
    </w:p>
    <w:p w14:paraId="617255B7" w14:textId="77777777" w:rsidR="009E1540" w:rsidRDefault="00000000">
      <w:pPr>
        <w:pBdr>
          <w:left w:val="single" w:sz="10" w:space="6" w:color="9A6347"/>
        </w:pBdr>
        <w:spacing w:before="30" w:after="50" w:line="250" w:lineRule="auto"/>
        <w:ind w:left="317" w:right="86"/>
      </w:pPr>
      <w:r>
        <w:rPr>
          <w:rFonts w:eastAsia="Calibri"/>
          <w:sz w:val="21"/>
        </w:rPr>
        <w:t>l'assurance professionnelle ;</w:t>
      </w:r>
    </w:p>
    <w:p w14:paraId="7A4F3CE6" w14:textId="77777777" w:rsidR="009E1540" w:rsidRDefault="00000000">
      <w:pPr>
        <w:pBdr>
          <w:left w:val="single" w:sz="10" w:space="6" w:color="9A6347"/>
        </w:pBdr>
        <w:spacing w:before="30" w:after="50" w:line="250" w:lineRule="auto"/>
        <w:ind w:left="317" w:right="86"/>
      </w:pPr>
      <w:r>
        <w:rPr>
          <w:rFonts w:eastAsia="Calibri"/>
          <w:sz w:val="21"/>
        </w:rPr>
        <w:t>les abonnements aux logiciels ;</w:t>
      </w:r>
    </w:p>
    <w:p w14:paraId="4CE03838" w14:textId="77777777" w:rsidR="009E1540" w:rsidRDefault="00000000">
      <w:pPr>
        <w:pBdr>
          <w:left w:val="single" w:sz="10" w:space="6" w:color="9A6347"/>
        </w:pBdr>
        <w:spacing w:before="30" w:after="50" w:line="250" w:lineRule="auto"/>
        <w:ind w:left="317" w:right="86"/>
      </w:pPr>
      <w:r>
        <w:rPr>
          <w:rFonts w:eastAsia="Calibri"/>
          <w:sz w:val="21"/>
        </w:rPr>
        <w:t>l'abonnement téléphonique ;</w:t>
      </w:r>
    </w:p>
    <w:p w14:paraId="50D98F24" w14:textId="77777777" w:rsidR="009E1540" w:rsidRDefault="00000000">
      <w:pPr>
        <w:pBdr>
          <w:left w:val="single" w:sz="10" w:space="6" w:color="9A6347"/>
        </w:pBdr>
        <w:spacing w:before="30" w:after="50" w:line="250" w:lineRule="auto"/>
        <w:ind w:left="317" w:right="86"/>
      </w:pPr>
      <w:r>
        <w:rPr>
          <w:rFonts w:eastAsia="Calibri"/>
          <w:sz w:val="21"/>
        </w:rPr>
        <w:t>l'hébergement du site Internet ;</w:t>
      </w:r>
    </w:p>
    <w:p w14:paraId="455526E7" w14:textId="77777777" w:rsidR="009E1540" w:rsidRDefault="00000000">
      <w:pPr>
        <w:pBdr>
          <w:left w:val="single" w:sz="10" w:space="6" w:color="9A6347"/>
        </w:pBdr>
        <w:spacing w:before="30" w:after="50" w:line="250" w:lineRule="auto"/>
        <w:ind w:left="317" w:right="86"/>
      </w:pPr>
      <w:r>
        <w:rPr>
          <w:rFonts w:eastAsia="Calibri"/>
          <w:sz w:val="21"/>
        </w:rPr>
        <w:t>certains frais bancaires réguliers.</w:t>
      </w:r>
    </w:p>
    <w:p w14:paraId="6EC2490D" w14:textId="77777777" w:rsidR="009E1540" w:rsidRDefault="00000000">
      <w:r>
        <w:rPr>
          <w:rFonts w:eastAsia="Calibri"/>
        </w:rPr>
        <w:t>Même si l'atelier ne reçoit aucune commande pendant le mois, il doit continuer à payer ces charges.</w:t>
      </w:r>
    </w:p>
    <w:p w14:paraId="2E796F76" w14:textId="77777777" w:rsidR="009E1540" w:rsidRDefault="00000000">
      <w:pPr>
        <w:pStyle w:val="Titre2"/>
        <w:spacing w:before="180" w:after="80"/>
      </w:pPr>
      <w:r>
        <w:rPr>
          <w:rFonts w:ascii="Calibri" w:hAnsi="Calibri"/>
          <w:sz w:val="26"/>
        </w:rPr>
        <w:t>C. Une distinction liée à la situation étudiée</w:t>
      </w:r>
    </w:p>
    <w:tbl>
      <w:tblPr>
        <w:tblStyle w:val="Grilledutableau"/>
        <w:tblW w:w="10346" w:type="dxa"/>
        <w:tblInd w:w="120" w:type="dxa"/>
        <w:tblBorders>
          <w:top w:val="single" w:sz="6" w:space="0" w:color="9A6347"/>
          <w:left w:val="single" w:sz="6" w:space="0" w:color="C8C8C8"/>
          <w:bottom w:val="single" w:sz="6" w:space="0" w:color="9A6347"/>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5173"/>
        <w:gridCol w:w="5173"/>
      </w:tblGrid>
      <w:tr w:rsidR="009E1540" w14:paraId="23E55452" w14:textId="77777777">
        <w:trPr>
          <w:cantSplit/>
          <w:tblHeader/>
        </w:trPr>
        <w:tc>
          <w:tcPr>
            <w:tcW w:w="5173" w:type="dxa"/>
            <w:shd w:val="clear" w:color="auto" w:fill="F6EEE9"/>
            <w:tcMar>
              <w:top w:w="90" w:type="dxa"/>
              <w:left w:w="120" w:type="dxa"/>
              <w:bottom w:w="90" w:type="dxa"/>
              <w:right w:w="120" w:type="dxa"/>
            </w:tcMar>
            <w:vAlign w:val="center"/>
          </w:tcPr>
          <w:p w14:paraId="03B5BF63" w14:textId="77777777" w:rsidR="009E1540" w:rsidRDefault="00000000">
            <w:pPr>
              <w:spacing w:before="20" w:after="20" w:line="240" w:lineRule="auto"/>
            </w:pPr>
            <w:r>
              <w:rPr>
                <w:rFonts w:eastAsia="Calibri"/>
                <w:b/>
                <w:sz w:val="19"/>
              </w:rPr>
              <w:t>Charge fixe</w:t>
            </w:r>
          </w:p>
        </w:tc>
        <w:tc>
          <w:tcPr>
            <w:tcW w:w="5173" w:type="dxa"/>
            <w:shd w:val="clear" w:color="auto" w:fill="F6EEE9"/>
            <w:tcMar>
              <w:top w:w="90" w:type="dxa"/>
              <w:left w:w="120" w:type="dxa"/>
              <w:bottom w:w="90" w:type="dxa"/>
              <w:right w:w="120" w:type="dxa"/>
            </w:tcMar>
            <w:vAlign w:val="center"/>
          </w:tcPr>
          <w:p w14:paraId="6E7BF14F" w14:textId="77777777" w:rsidR="009E1540" w:rsidRDefault="00000000">
            <w:pPr>
              <w:spacing w:before="20" w:after="20" w:line="240" w:lineRule="auto"/>
            </w:pPr>
            <w:r>
              <w:rPr>
                <w:rFonts w:eastAsia="Calibri"/>
                <w:b/>
                <w:sz w:val="19"/>
              </w:rPr>
              <w:t>Charge variable</w:t>
            </w:r>
          </w:p>
        </w:tc>
      </w:tr>
      <w:tr w:rsidR="009E1540" w14:paraId="2B5EE6D4" w14:textId="77777777">
        <w:trPr>
          <w:cantSplit/>
        </w:trPr>
        <w:tc>
          <w:tcPr>
            <w:tcW w:w="5173" w:type="dxa"/>
            <w:shd w:val="clear" w:color="auto" w:fill="FFFFFF"/>
            <w:vAlign w:val="center"/>
          </w:tcPr>
          <w:p w14:paraId="2FE08191" w14:textId="77777777" w:rsidR="009E1540" w:rsidRDefault="00000000">
            <w:pPr>
              <w:spacing w:before="20" w:after="20" w:line="240" w:lineRule="auto"/>
            </w:pPr>
            <w:r>
              <w:rPr>
                <w:rFonts w:eastAsia="Calibri"/>
                <w:sz w:val="19"/>
              </w:rPr>
              <w:t>Existe même en l'absence de production</w:t>
            </w:r>
          </w:p>
        </w:tc>
        <w:tc>
          <w:tcPr>
            <w:tcW w:w="5173" w:type="dxa"/>
            <w:shd w:val="clear" w:color="auto" w:fill="FFFFFF"/>
            <w:vAlign w:val="center"/>
          </w:tcPr>
          <w:p w14:paraId="52D75EDB" w14:textId="77777777" w:rsidR="009E1540" w:rsidRDefault="00000000">
            <w:pPr>
              <w:spacing w:before="20" w:after="20" w:line="240" w:lineRule="auto"/>
            </w:pPr>
            <w:r>
              <w:rPr>
                <w:rFonts w:eastAsia="Calibri"/>
                <w:sz w:val="19"/>
              </w:rPr>
              <w:t>Évolue avec le niveau de production</w:t>
            </w:r>
          </w:p>
        </w:tc>
      </w:tr>
      <w:tr w:rsidR="009E1540" w14:paraId="50F29CA8" w14:textId="77777777">
        <w:trPr>
          <w:cantSplit/>
        </w:trPr>
        <w:tc>
          <w:tcPr>
            <w:tcW w:w="5173" w:type="dxa"/>
            <w:shd w:val="clear" w:color="auto" w:fill="FBF7F4"/>
            <w:vAlign w:val="center"/>
          </w:tcPr>
          <w:p w14:paraId="72CA22BD" w14:textId="77777777" w:rsidR="009E1540" w:rsidRDefault="00000000">
            <w:pPr>
              <w:spacing w:before="20" w:after="20" w:line="240" w:lineRule="auto"/>
            </w:pPr>
            <w:r>
              <w:rPr>
                <w:rFonts w:eastAsia="Calibri"/>
                <w:sz w:val="19"/>
              </w:rPr>
              <w:t>Reste stable à court terme</w:t>
            </w:r>
          </w:p>
        </w:tc>
        <w:tc>
          <w:tcPr>
            <w:tcW w:w="5173" w:type="dxa"/>
            <w:shd w:val="clear" w:color="auto" w:fill="FBF7F4"/>
            <w:vAlign w:val="center"/>
          </w:tcPr>
          <w:p w14:paraId="4FA390B0" w14:textId="77777777" w:rsidR="009E1540" w:rsidRDefault="00000000">
            <w:pPr>
              <w:spacing w:before="20" w:after="20" w:line="240" w:lineRule="auto"/>
            </w:pPr>
            <w:r>
              <w:rPr>
                <w:rFonts w:eastAsia="Calibri"/>
                <w:sz w:val="19"/>
              </w:rPr>
              <w:t>Augmente généralement quand l'activité augmente</w:t>
            </w:r>
          </w:p>
        </w:tc>
      </w:tr>
      <w:tr w:rsidR="009E1540" w14:paraId="08B15796" w14:textId="77777777">
        <w:trPr>
          <w:cantSplit/>
        </w:trPr>
        <w:tc>
          <w:tcPr>
            <w:tcW w:w="5173" w:type="dxa"/>
            <w:shd w:val="clear" w:color="auto" w:fill="FFFFFF"/>
            <w:vAlign w:val="center"/>
          </w:tcPr>
          <w:p w14:paraId="0670C861" w14:textId="77777777" w:rsidR="009E1540" w:rsidRDefault="00000000">
            <w:pPr>
              <w:spacing w:before="20" w:after="20" w:line="240" w:lineRule="auto"/>
            </w:pPr>
            <w:r>
              <w:rPr>
                <w:rFonts w:eastAsia="Calibri"/>
                <w:sz w:val="19"/>
              </w:rPr>
              <w:t>Exemple : loyer de l'atelier</w:t>
            </w:r>
          </w:p>
        </w:tc>
        <w:tc>
          <w:tcPr>
            <w:tcW w:w="5173" w:type="dxa"/>
            <w:shd w:val="clear" w:color="auto" w:fill="FFFFFF"/>
            <w:vAlign w:val="center"/>
          </w:tcPr>
          <w:p w14:paraId="2FC3E191" w14:textId="77777777" w:rsidR="009E1540" w:rsidRDefault="00000000">
            <w:pPr>
              <w:spacing w:before="20" w:after="20" w:line="240" w:lineRule="auto"/>
            </w:pPr>
            <w:r>
              <w:rPr>
                <w:rFonts w:eastAsia="Calibri"/>
                <w:sz w:val="19"/>
              </w:rPr>
              <w:t>Exemple : grès et émaux</w:t>
            </w:r>
          </w:p>
        </w:tc>
      </w:tr>
    </w:tbl>
    <w:p w14:paraId="1679DC27" w14:textId="77777777" w:rsidR="009E1540" w:rsidRDefault="009E1540">
      <w:pPr>
        <w:spacing w:after="20"/>
      </w:pPr>
    </w:p>
    <w:p w14:paraId="5BFF82A8" w14:textId="77777777" w:rsidR="009E1540" w:rsidRDefault="00000000">
      <w:r>
        <w:rPr>
          <w:rFonts w:eastAsia="Calibri"/>
        </w:rPr>
        <w:t>Il faut cependant retenir que :</w:t>
      </w:r>
    </w:p>
    <w:p w14:paraId="74445399" w14:textId="77777777" w:rsidR="009E1540" w:rsidRDefault="00000000">
      <w:pPr>
        <w:pBdr>
          <w:left w:val="single" w:sz="10" w:space="6" w:color="9A6347"/>
        </w:pBdr>
        <w:spacing w:before="30" w:after="50" w:line="250" w:lineRule="auto"/>
        <w:ind w:left="317" w:right="86"/>
      </w:pPr>
      <w:r>
        <w:rPr>
          <w:rFonts w:eastAsia="Calibri"/>
          <w:sz w:val="21"/>
        </w:rPr>
        <w:t>une charge fixe n'est pas forcément identique pour toujours ;</w:t>
      </w:r>
    </w:p>
    <w:p w14:paraId="7C481C59" w14:textId="77777777" w:rsidR="009E1540" w:rsidRDefault="00000000">
      <w:pPr>
        <w:pBdr>
          <w:left w:val="single" w:sz="10" w:space="6" w:color="9A6347"/>
        </w:pBdr>
        <w:spacing w:before="30" w:after="50" w:line="250" w:lineRule="auto"/>
        <w:ind w:left="317" w:right="86"/>
      </w:pPr>
      <w:r>
        <w:rPr>
          <w:rFonts w:eastAsia="Calibri"/>
          <w:sz w:val="21"/>
        </w:rPr>
        <w:t>une charge variable n'est pas une charge facultative ;</w:t>
      </w:r>
    </w:p>
    <w:p w14:paraId="757487A0" w14:textId="77777777" w:rsidR="009E1540" w:rsidRDefault="00000000">
      <w:pPr>
        <w:pBdr>
          <w:left w:val="single" w:sz="10" w:space="6" w:color="9A6347"/>
        </w:pBdr>
        <w:spacing w:before="30" w:after="50" w:line="250" w:lineRule="auto"/>
        <w:ind w:left="317" w:right="86"/>
      </w:pPr>
      <w:r>
        <w:rPr>
          <w:rFonts w:eastAsia="Calibri"/>
          <w:sz w:val="21"/>
        </w:rPr>
        <w:t>certaines charges comportent une partie fixe et une partie variable.</w:t>
      </w:r>
    </w:p>
    <w:p w14:paraId="12840ABA" w14:textId="77777777" w:rsidR="009E1540" w:rsidRDefault="00000000">
      <w:pPr>
        <w:keepLines/>
        <w:pBdr>
          <w:left w:val="single" w:sz="16" w:space="6" w:color="9A6347"/>
        </w:pBdr>
        <w:shd w:val="clear" w:color="auto" w:fill="F6EEE9"/>
        <w:spacing w:before="100" w:after="100" w:line="259" w:lineRule="auto"/>
        <w:ind w:left="115" w:right="29"/>
      </w:pPr>
      <w:r>
        <w:rPr>
          <w:rFonts w:eastAsia="Calibri"/>
          <w:b/>
          <w:sz w:val="21"/>
        </w:rPr>
        <w:t xml:space="preserve">EXEMPLE </w:t>
      </w:r>
      <w:r>
        <w:rPr>
          <w:rFonts w:eastAsia="Calibri"/>
          <w:sz w:val="21"/>
        </w:rPr>
        <w:t>Une facture d'électricité peut comprendre une partie fixe, correspondant à l'abonnement, et une partie variable, correspondant à l'énergie consommée pendant les cuissons.</w:t>
      </w:r>
    </w:p>
    <w:p w14:paraId="6E9C2FF3" w14:textId="77777777" w:rsidR="009E1540" w:rsidRDefault="00000000">
      <w:pPr>
        <w:pStyle w:val="Titre2"/>
        <w:spacing w:before="180" w:after="80"/>
      </w:pPr>
      <w:r>
        <w:rPr>
          <w:rFonts w:ascii="Calibri" w:hAnsi="Calibri"/>
          <w:sz w:val="26"/>
        </w:rPr>
        <w:t>Exercice flash - Fixe ou variable ?</w:t>
      </w:r>
    </w:p>
    <w:p w14:paraId="78E867D2" w14:textId="77777777" w:rsidR="009E1540" w:rsidRDefault="00000000">
      <w:pPr>
        <w:keepLines/>
      </w:pPr>
      <w:r>
        <w:rPr>
          <w:rFonts w:eastAsia="Calibri"/>
        </w:rPr>
        <w:t>Pour chaque charge, indiquez si elle est principalement fixe ou variable dans le cadre d'une activité mensuelle.</w:t>
      </w:r>
    </w:p>
    <w:tbl>
      <w:tblPr>
        <w:tblStyle w:val="Grilledutableau"/>
        <w:tblW w:w="10346" w:type="dxa"/>
        <w:tblInd w:w="120" w:type="dxa"/>
        <w:tblBorders>
          <w:top w:val="single" w:sz="6" w:space="0" w:color="9A6347"/>
          <w:left w:val="single" w:sz="6" w:space="0" w:color="C8C8C8"/>
          <w:bottom w:val="single" w:sz="6" w:space="0" w:color="9A6347"/>
          <w:right w:val="single" w:sz="6" w:space="0" w:color="C8C8C8"/>
          <w:insideH w:val="single" w:sz="4" w:space="0" w:color="C8C8C8"/>
          <w:insideV w:val="single" w:sz="4" w:space="0" w:color="C8C8C8"/>
        </w:tblBorders>
        <w:tblLayout w:type="fixed"/>
        <w:tblLook w:val="04A0" w:firstRow="1" w:lastRow="0" w:firstColumn="1" w:lastColumn="0" w:noHBand="0" w:noVBand="1"/>
      </w:tblPr>
      <w:tblGrid>
        <w:gridCol w:w="7200"/>
        <w:gridCol w:w="3146"/>
      </w:tblGrid>
      <w:tr w:rsidR="009E1540" w14:paraId="4BFD1C46" w14:textId="77777777">
        <w:trPr>
          <w:cantSplit/>
          <w:tblHeader/>
        </w:trPr>
        <w:tc>
          <w:tcPr>
            <w:tcW w:w="7200" w:type="dxa"/>
            <w:shd w:val="clear" w:color="auto" w:fill="F6EEE9"/>
            <w:tcMar>
              <w:top w:w="90" w:type="dxa"/>
              <w:left w:w="120" w:type="dxa"/>
              <w:bottom w:w="90" w:type="dxa"/>
              <w:right w:w="120" w:type="dxa"/>
            </w:tcMar>
            <w:vAlign w:val="center"/>
          </w:tcPr>
          <w:p w14:paraId="06E3EEBC" w14:textId="77777777" w:rsidR="009E1540" w:rsidRDefault="00000000">
            <w:pPr>
              <w:spacing w:before="20" w:after="20" w:line="240" w:lineRule="auto"/>
            </w:pPr>
            <w:r>
              <w:rPr>
                <w:rFonts w:eastAsia="Calibri"/>
                <w:b/>
                <w:sz w:val="19"/>
              </w:rPr>
              <w:t>Charge</w:t>
            </w:r>
          </w:p>
        </w:tc>
        <w:tc>
          <w:tcPr>
            <w:tcW w:w="3146" w:type="dxa"/>
            <w:shd w:val="clear" w:color="auto" w:fill="F6EEE9"/>
            <w:tcMar>
              <w:top w:w="90" w:type="dxa"/>
              <w:left w:w="120" w:type="dxa"/>
              <w:bottom w:w="90" w:type="dxa"/>
              <w:right w:w="120" w:type="dxa"/>
            </w:tcMar>
            <w:vAlign w:val="center"/>
          </w:tcPr>
          <w:p w14:paraId="714A571E" w14:textId="77777777" w:rsidR="009E1540" w:rsidRDefault="00000000">
            <w:pPr>
              <w:spacing w:before="20" w:after="20" w:line="240" w:lineRule="auto"/>
            </w:pPr>
            <w:r>
              <w:rPr>
                <w:rFonts w:eastAsia="Calibri"/>
                <w:b/>
                <w:sz w:val="19"/>
              </w:rPr>
              <w:t>Votre classement</w:t>
            </w:r>
          </w:p>
        </w:tc>
      </w:tr>
      <w:tr w:rsidR="009E1540" w14:paraId="299623FD" w14:textId="77777777">
        <w:trPr>
          <w:cantSplit/>
        </w:trPr>
        <w:tc>
          <w:tcPr>
            <w:tcW w:w="7200" w:type="dxa"/>
            <w:shd w:val="clear" w:color="auto" w:fill="FFFFFF"/>
            <w:vAlign w:val="center"/>
          </w:tcPr>
          <w:p w14:paraId="4832855E" w14:textId="77777777" w:rsidR="009E1540" w:rsidRDefault="00000000">
            <w:pPr>
              <w:spacing w:before="20" w:after="20" w:line="240" w:lineRule="auto"/>
            </w:pPr>
            <w:r>
              <w:rPr>
                <w:rFonts w:eastAsia="Calibri"/>
                <w:sz w:val="19"/>
              </w:rPr>
              <w:t>Grès utilisé pour chaque assiette</w:t>
            </w:r>
          </w:p>
        </w:tc>
        <w:tc>
          <w:tcPr>
            <w:tcW w:w="3146" w:type="dxa"/>
            <w:shd w:val="clear" w:color="auto" w:fill="FFFFFF"/>
            <w:vAlign w:val="center"/>
          </w:tcPr>
          <w:p w14:paraId="55333C1E" w14:textId="77777777" w:rsidR="009E1540" w:rsidRDefault="009E1540">
            <w:pPr>
              <w:spacing w:before="20" w:after="20" w:line="240" w:lineRule="auto"/>
            </w:pPr>
          </w:p>
        </w:tc>
      </w:tr>
      <w:tr w:rsidR="009E1540" w14:paraId="759B7956" w14:textId="77777777">
        <w:trPr>
          <w:cantSplit/>
        </w:trPr>
        <w:tc>
          <w:tcPr>
            <w:tcW w:w="7200" w:type="dxa"/>
            <w:shd w:val="clear" w:color="auto" w:fill="FBF7F4"/>
            <w:vAlign w:val="center"/>
          </w:tcPr>
          <w:p w14:paraId="7FEF799F" w14:textId="77777777" w:rsidR="009E1540" w:rsidRDefault="00000000">
            <w:pPr>
              <w:spacing w:before="20" w:after="20" w:line="240" w:lineRule="auto"/>
            </w:pPr>
            <w:r>
              <w:rPr>
                <w:rFonts w:eastAsia="Calibri"/>
                <w:sz w:val="19"/>
              </w:rPr>
              <w:t>Loyer de l'atelier</w:t>
            </w:r>
          </w:p>
        </w:tc>
        <w:tc>
          <w:tcPr>
            <w:tcW w:w="3146" w:type="dxa"/>
            <w:shd w:val="clear" w:color="auto" w:fill="FBF7F4"/>
            <w:vAlign w:val="center"/>
          </w:tcPr>
          <w:p w14:paraId="2119CB5D" w14:textId="77777777" w:rsidR="009E1540" w:rsidRDefault="009E1540">
            <w:pPr>
              <w:spacing w:before="20" w:after="20" w:line="240" w:lineRule="auto"/>
            </w:pPr>
          </w:p>
        </w:tc>
      </w:tr>
      <w:tr w:rsidR="009E1540" w14:paraId="2003FD5D" w14:textId="77777777">
        <w:trPr>
          <w:cantSplit/>
        </w:trPr>
        <w:tc>
          <w:tcPr>
            <w:tcW w:w="7200" w:type="dxa"/>
            <w:shd w:val="clear" w:color="auto" w:fill="FFFFFF"/>
            <w:vAlign w:val="center"/>
          </w:tcPr>
          <w:p w14:paraId="688ACE2D" w14:textId="77777777" w:rsidR="009E1540" w:rsidRDefault="00000000">
            <w:pPr>
              <w:spacing w:before="20" w:after="20" w:line="240" w:lineRule="auto"/>
            </w:pPr>
            <w:r>
              <w:rPr>
                <w:rFonts w:eastAsia="Calibri"/>
                <w:sz w:val="19"/>
              </w:rPr>
              <w:t>Emballage de chaque assiette</w:t>
            </w:r>
          </w:p>
        </w:tc>
        <w:tc>
          <w:tcPr>
            <w:tcW w:w="3146" w:type="dxa"/>
            <w:shd w:val="clear" w:color="auto" w:fill="FFFFFF"/>
            <w:vAlign w:val="center"/>
          </w:tcPr>
          <w:p w14:paraId="301490CE" w14:textId="77777777" w:rsidR="009E1540" w:rsidRDefault="009E1540">
            <w:pPr>
              <w:spacing w:before="20" w:after="20" w:line="240" w:lineRule="auto"/>
            </w:pPr>
          </w:p>
        </w:tc>
      </w:tr>
      <w:tr w:rsidR="009E1540" w14:paraId="6D9C405C" w14:textId="77777777">
        <w:trPr>
          <w:cantSplit/>
        </w:trPr>
        <w:tc>
          <w:tcPr>
            <w:tcW w:w="7200" w:type="dxa"/>
            <w:shd w:val="clear" w:color="auto" w:fill="FBF7F4"/>
            <w:vAlign w:val="center"/>
          </w:tcPr>
          <w:p w14:paraId="541B9A0C" w14:textId="77777777" w:rsidR="009E1540" w:rsidRDefault="00000000">
            <w:pPr>
              <w:spacing w:before="20" w:after="20" w:line="240" w:lineRule="auto"/>
            </w:pPr>
            <w:r>
              <w:rPr>
                <w:rFonts w:eastAsia="Calibri"/>
                <w:sz w:val="19"/>
              </w:rPr>
              <w:t>Assurance professionnelle</w:t>
            </w:r>
          </w:p>
        </w:tc>
        <w:tc>
          <w:tcPr>
            <w:tcW w:w="3146" w:type="dxa"/>
            <w:shd w:val="clear" w:color="auto" w:fill="FBF7F4"/>
            <w:vAlign w:val="center"/>
          </w:tcPr>
          <w:p w14:paraId="41F1A037" w14:textId="77777777" w:rsidR="009E1540" w:rsidRDefault="009E1540">
            <w:pPr>
              <w:spacing w:before="20" w:after="20" w:line="240" w:lineRule="auto"/>
            </w:pPr>
          </w:p>
        </w:tc>
      </w:tr>
      <w:tr w:rsidR="009E1540" w14:paraId="57E819D1" w14:textId="77777777">
        <w:trPr>
          <w:cantSplit/>
        </w:trPr>
        <w:tc>
          <w:tcPr>
            <w:tcW w:w="7200" w:type="dxa"/>
            <w:shd w:val="clear" w:color="auto" w:fill="FFFFFF"/>
            <w:vAlign w:val="center"/>
          </w:tcPr>
          <w:p w14:paraId="1E5DF638" w14:textId="77777777" w:rsidR="009E1540" w:rsidRDefault="00000000">
            <w:pPr>
              <w:spacing w:before="20" w:after="20" w:line="240" w:lineRule="auto"/>
            </w:pPr>
            <w:r>
              <w:rPr>
                <w:rFonts w:eastAsia="Calibri"/>
                <w:sz w:val="19"/>
              </w:rPr>
              <w:t>Énergie consommée par chaque cuisson</w:t>
            </w:r>
          </w:p>
        </w:tc>
        <w:tc>
          <w:tcPr>
            <w:tcW w:w="3146" w:type="dxa"/>
            <w:shd w:val="clear" w:color="auto" w:fill="FFFFFF"/>
            <w:vAlign w:val="center"/>
          </w:tcPr>
          <w:p w14:paraId="15BB924C" w14:textId="77777777" w:rsidR="009E1540" w:rsidRDefault="009E1540">
            <w:pPr>
              <w:spacing w:before="20" w:after="20" w:line="240" w:lineRule="auto"/>
            </w:pPr>
          </w:p>
        </w:tc>
      </w:tr>
      <w:tr w:rsidR="009E1540" w14:paraId="74C6AD5C" w14:textId="77777777">
        <w:trPr>
          <w:cantSplit/>
        </w:trPr>
        <w:tc>
          <w:tcPr>
            <w:tcW w:w="7200" w:type="dxa"/>
            <w:shd w:val="clear" w:color="auto" w:fill="FBF7F4"/>
            <w:vAlign w:val="center"/>
          </w:tcPr>
          <w:p w14:paraId="7E334735" w14:textId="77777777" w:rsidR="009E1540" w:rsidRDefault="00000000">
            <w:pPr>
              <w:spacing w:before="20" w:after="20" w:line="240" w:lineRule="auto"/>
            </w:pPr>
            <w:r>
              <w:rPr>
                <w:rFonts w:eastAsia="Calibri"/>
                <w:sz w:val="19"/>
              </w:rPr>
              <w:t>Abonnement mensuel à un logiciel</w:t>
            </w:r>
          </w:p>
        </w:tc>
        <w:tc>
          <w:tcPr>
            <w:tcW w:w="3146" w:type="dxa"/>
            <w:shd w:val="clear" w:color="auto" w:fill="FBF7F4"/>
            <w:vAlign w:val="center"/>
          </w:tcPr>
          <w:p w14:paraId="103FA5C2" w14:textId="77777777" w:rsidR="009E1540" w:rsidRDefault="009E1540">
            <w:pPr>
              <w:spacing w:before="20" w:after="20" w:line="240" w:lineRule="auto"/>
            </w:pPr>
          </w:p>
        </w:tc>
      </w:tr>
      <w:tr w:rsidR="009E1540" w14:paraId="71F15469" w14:textId="77777777">
        <w:trPr>
          <w:cantSplit/>
        </w:trPr>
        <w:tc>
          <w:tcPr>
            <w:tcW w:w="7200" w:type="dxa"/>
            <w:shd w:val="clear" w:color="auto" w:fill="FFFFFF"/>
            <w:vAlign w:val="center"/>
          </w:tcPr>
          <w:p w14:paraId="04F590DF" w14:textId="77777777" w:rsidR="009E1540" w:rsidRDefault="00000000">
            <w:pPr>
              <w:spacing w:before="20" w:after="20" w:line="240" w:lineRule="auto"/>
            </w:pPr>
            <w:r>
              <w:rPr>
                <w:rFonts w:eastAsia="Calibri"/>
                <w:sz w:val="19"/>
              </w:rPr>
              <w:t>Émail utilisé pour chaque assiette</w:t>
            </w:r>
          </w:p>
        </w:tc>
        <w:tc>
          <w:tcPr>
            <w:tcW w:w="3146" w:type="dxa"/>
            <w:shd w:val="clear" w:color="auto" w:fill="FFFFFF"/>
            <w:vAlign w:val="center"/>
          </w:tcPr>
          <w:p w14:paraId="5BC36472" w14:textId="77777777" w:rsidR="009E1540" w:rsidRDefault="009E1540">
            <w:pPr>
              <w:spacing w:before="20" w:after="20" w:line="240" w:lineRule="auto"/>
            </w:pPr>
          </w:p>
        </w:tc>
      </w:tr>
      <w:tr w:rsidR="009E1540" w14:paraId="7A47F22C" w14:textId="77777777">
        <w:trPr>
          <w:cantSplit/>
        </w:trPr>
        <w:tc>
          <w:tcPr>
            <w:tcW w:w="7200" w:type="dxa"/>
            <w:shd w:val="clear" w:color="auto" w:fill="FBF7F4"/>
            <w:vAlign w:val="center"/>
          </w:tcPr>
          <w:p w14:paraId="524028AB" w14:textId="77777777" w:rsidR="009E1540" w:rsidRDefault="00000000">
            <w:pPr>
              <w:spacing w:before="20" w:after="20" w:line="240" w:lineRule="auto"/>
            </w:pPr>
            <w:r>
              <w:rPr>
                <w:rFonts w:eastAsia="Calibri"/>
                <w:sz w:val="19"/>
              </w:rPr>
              <w:t>Hébergement annuel du site Internet</w:t>
            </w:r>
          </w:p>
        </w:tc>
        <w:tc>
          <w:tcPr>
            <w:tcW w:w="3146" w:type="dxa"/>
            <w:shd w:val="clear" w:color="auto" w:fill="FBF7F4"/>
            <w:vAlign w:val="center"/>
          </w:tcPr>
          <w:p w14:paraId="026510F3" w14:textId="77777777" w:rsidR="009E1540" w:rsidRDefault="009E1540">
            <w:pPr>
              <w:spacing w:before="20" w:after="20" w:line="240" w:lineRule="auto"/>
            </w:pPr>
          </w:p>
        </w:tc>
      </w:tr>
    </w:tbl>
    <w:p w14:paraId="35226F29" w14:textId="77777777" w:rsidR="009E1540" w:rsidRDefault="009E1540">
      <w:pPr>
        <w:spacing w:after="20"/>
      </w:pPr>
    </w:p>
    <w:p w14:paraId="050F34F7" w14:textId="77777777" w:rsidR="009E1540" w:rsidRDefault="00000000">
      <w:r>
        <w:rPr>
          <w:rFonts w:eastAsia="Calibri"/>
          <w:b/>
        </w:rPr>
        <w:t>Justifiez</w:t>
      </w:r>
      <w:r>
        <w:rPr>
          <w:rFonts w:eastAsia="Calibri"/>
        </w:rPr>
        <w:t xml:space="preserve"> l'un de vos choix.</w:t>
      </w:r>
    </w:p>
    <w:p w14:paraId="336F9CA2" w14:textId="77777777" w:rsidR="009E1540" w:rsidRDefault="00000000">
      <w:pPr>
        <w:pBdr>
          <w:bottom w:val="single" w:sz="4" w:space="1" w:color="BFBFBF"/>
        </w:pBdr>
        <w:spacing w:after="60" w:line="240" w:lineRule="auto"/>
      </w:pPr>
      <w:r>
        <w:rPr>
          <w:rFonts w:eastAsia="Calibri"/>
          <w:sz w:val="20"/>
        </w:rPr>
        <w:t> </w:t>
      </w:r>
    </w:p>
    <w:p w14:paraId="5BD8AF78" w14:textId="77777777" w:rsidR="009E1540" w:rsidRDefault="00000000">
      <w:pPr>
        <w:pBdr>
          <w:bottom w:val="single" w:sz="4" w:space="1" w:color="BFBFBF"/>
        </w:pBdr>
        <w:spacing w:after="60" w:line="240" w:lineRule="auto"/>
      </w:pPr>
      <w:r>
        <w:rPr>
          <w:rFonts w:eastAsia="Calibri"/>
          <w:sz w:val="20"/>
        </w:rPr>
        <w:t> </w:t>
      </w:r>
    </w:p>
    <w:sectPr w:rsidR="009E1540" w:rsidSect="00034616">
      <w:headerReference w:type="default" r:id="rId8"/>
      <w:footerReference w:type="default" r:id="rId9"/>
      <w:pgSz w:w="11906" w:h="16838"/>
      <w:pgMar w:top="720" w:right="720" w:bottom="720" w:left="7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A310D9" w14:textId="77777777" w:rsidR="004F58FC" w:rsidRDefault="004F58FC">
      <w:pPr>
        <w:spacing w:after="0" w:line="240" w:lineRule="auto"/>
      </w:pPr>
      <w:r>
        <w:separator/>
      </w:r>
    </w:p>
  </w:endnote>
  <w:endnote w:type="continuationSeparator" w:id="0">
    <w:p w14:paraId="389C7CA8" w14:textId="77777777" w:rsidR="004F58FC" w:rsidRDefault="004F5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5D9797" w14:textId="77777777" w:rsidR="009E1540" w:rsidRDefault="00000000">
    <w:pPr>
      <w:pStyle w:val="Pieddepage"/>
      <w:jc w:val="right"/>
    </w:pPr>
    <w:r>
      <w:rPr>
        <w:rFonts w:eastAsia="Calibri"/>
        <w:color w:val="595959"/>
        <w:sz w:val="18"/>
      </w:rPr>
      <w:t xml:space="preserve">Page </w:t>
    </w:r>
    <w:r>
      <w:rPr>
        <w:rFonts w:eastAsia="Calibri"/>
        <w:color w:val="595959"/>
        <w:sz w:val="18"/>
      </w:rPr>
      <w:fldChar w:fldCharType="begin"/>
    </w:r>
    <w:r>
      <w:rPr>
        <w:rFonts w:eastAsia="Calibri"/>
        <w:color w:val="595959"/>
        <w:sz w:val="18"/>
      </w:rPr>
      <w:instrText xml:space="preserve"> PAGE </w:instrText>
    </w:r>
    <w:r w:rsidR="004F597B">
      <w:rPr>
        <w:rFonts w:eastAsia="Calibri"/>
        <w:color w:val="595959"/>
        <w:sz w:val="18"/>
      </w:rPr>
      <w:fldChar w:fldCharType="separate"/>
    </w:r>
    <w:r w:rsidR="004F597B">
      <w:rPr>
        <w:rFonts w:eastAsia="Calibri"/>
        <w:noProof/>
        <w:color w:val="595959"/>
        <w:sz w:val="18"/>
      </w:rPr>
      <w:t>1</w:t>
    </w:r>
    <w:r>
      <w:rPr>
        <w:rFonts w:eastAsia="Calibri"/>
        <w:color w:val="595959"/>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1D735B" w14:textId="77777777" w:rsidR="004F58FC" w:rsidRDefault="004F58FC">
      <w:pPr>
        <w:spacing w:after="0" w:line="240" w:lineRule="auto"/>
      </w:pPr>
      <w:r>
        <w:separator/>
      </w:r>
    </w:p>
  </w:footnote>
  <w:footnote w:type="continuationSeparator" w:id="0">
    <w:p w14:paraId="59CA27EE" w14:textId="77777777" w:rsidR="004F58FC" w:rsidRDefault="004F5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4CE96" w14:textId="77777777" w:rsidR="009E1540" w:rsidRDefault="00000000">
    <w:pPr>
      <w:pStyle w:val="En-tte"/>
    </w:pPr>
    <w:r>
      <w:rPr>
        <w:rFonts w:eastAsia="Calibri"/>
        <w:b/>
        <w:color w:val="595959"/>
        <w:sz w:val="17"/>
      </w:rPr>
      <w:t xml:space="preserve">DNMADE 3 | Gestion </w:t>
    </w:r>
    <w:proofErr w:type="spellStart"/>
    <w:r>
      <w:rPr>
        <w:rFonts w:eastAsia="Calibri"/>
        <w:b/>
        <w:color w:val="595959"/>
        <w:sz w:val="17"/>
      </w:rPr>
      <w:t>appliquée</w:t>
    </w:r>
    <w:proofErr w:type="spellEnd"/>
    <w:r>
      <w:rPr>
        <w:rFonts w:eastAsia="Calibri"/>
        <w:b/>
        <w:color w:val="595959"/>
        <w:sz w:val="17"/>
      </w:rPr>
      <w:t xml:space="preserve"> à </w:t>
    </w:r>
    <w:proofErr w:type="spellStart"/>
    <w:r>
      <w:rPr>
        <w:rFonts w:eastAsia="Calibri"/>
        <w:b/>
        <w:color w:val="595959"/>
        <w:sz w:val="17"/>
      </w:rPr>
      <w:t>l'activité</w:t>
    </w:r>
    <w:proofErr w:type="spellEnd"/>
    <w:r>
      <w:rPr>
        <w:rFonts w:eastAsia="Calibri"/>
        <w:b/>
        <w:color w:val="595959"/>
        <w:sz w:val="17"/>
      </w:rPr>
      <w:t xml:space="preserve"> </w:t>
    </w:r>
    <w:proofErr w:type="spellStart"/>
    <w:r>
      <w:rPr>
        <w:rFonts w:eastAsia="Calibri"/>
        <w:b/>
        <w:color w:val="595959"/>
        <w:sz w:val="17"/>
      </w:rPr>
      <w:t>créative</w:t>
    </w:r>
    <w:proofErr w:type="spellEnd"/>
    <w:r>
      <w:rPr>
        <w:rFonts w:eastAsia="Calibri"/>
        <w:b/>
        <w:color w:val="595959"/>
        <w:sz w:val="17"/>
      </w:rPr>
      <w:t xml:space="preserve"> | Mention </w:t>
    </w:r>
    <w:proofErr w:type="spellStart"/>
    <w:r>
      <w:rPr>
        <w:rFonts w:eastAsia="Calibri"/>
        <w:b/>
        <w:color w:val="595959"/>
        <w:sz w:val="17"/>
      </w:rPr>
      <w:t>Matériaux</w:t>
    </w:r>
    <w:proofErr w:type="spellEnd"/>
    <w:r>
      <w:rPr>
        <w:rFonts w:eastAsia="Calibri"/>
        <w:b/>
        <w:color w:val="595959"/>
        <w:sz w:val="17"/>
      </w:rPr>
      <w:t xml:space="preserve"> - </w:t>
    </w:r>
    <w:proofErr w:type="spellStart"/>
    <w:r>
      <w:rPr>
        <w:rFonts w:eastAsia="Calibri"/>
        <w:b/>
        <w:color w:val="595959"/>
        <w:sz w:val="17"/>
      </w:rPr>
      <w:t>Céramique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C9446BA"/>
    <w:multiLevelType w:val="singleLevel"/>
    <w:tmpl w:val="4272602E"/>
    <w:lvl w:ilvl="0">
      <w:start w:val="1"/>
      <w:numFmt w:val="bullet"/>
      <w:pStyle w:val="Listepuces"/>
      <w:lvlText w:val="•"/>
      <w:lvlJc w:val="left"/>
      <w:pPr>
        <w:tabs>
          <w:tab w:val="num" w:pos="540"/>
        </w:tabs>
        <w:spacing w:after="80" w:line="276" w:lineRule="auto"/>
        <w:ind w:left="540" w:hanging="270"/>
      </w:pPr>
      <w:rPr>
        <w:rFonts w:ascii="Calibri" w:hAnsi="Calibri"/>
      </w:rPr>
    </w:lvl>
  </w:abstractNum>
  <w:num w:numId="1" w16cid:durableId="125778555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F58FC"/>
    <w:rsid w:val="004F597B"/>
    <w:rsid w:val="009E1540"/>
    <w:rsid w:val="00AA1D8D"/>
    <w:rsid w:val="00B47730"/>
    <w:rsid w:val="00CA732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733F89"/>
  <w14:defaultImageDpi w14:val="300"/>
  <w15:docId w15:val="{6A1BCB1B-AF24-E348-AD98-214C834DF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000000"/>
    </w:rPr>
  </w:style>
  <w:style w:type="paragraph" w:styleId="Titre1">
    <w:name w:val="heading 1"/>
    <w:basedOn w:val="Normal"/>
    <w:next w:val="Normal"/>
    <w:link w:val="Titre1Car"/>
    <w:uiPriority w:val="9"/>
    <w:qFormat/>
    <w:rsid w:val="00FC693F"/>
    <w:pPr>
      <w:keepNext/>
      <w:keepLines/>
      <w:spacing w:before="280" w:after="140"/>
      <w:outlineLvl w:val="0"/>
    </w:pPr>
    <w:rPr>
      <w:rFonts w:asciiTheme="majorHAnsi" w:eastAsiaTheme="majorEastAsia" w:hAnsiTheme="majorHAnsi" w:cstheme="majorBidi"/>
      <w:b/>
      <w:bCs/>
      <w:sz w:val="30"/>
      <w:szCs w:val="28"/>
    </w:rPr>
  </w:style>
  <w:style w:type="paragraph" w:styleId="Titre2">
    <w:name w:val="heading 2"/>
    <w:basedOn w:val="Normal"/>
    <w:next w:val="Normal"/>
    <w:link w:val="Titre2Car"/>
    <w:uiPriority w:val="9"/>
    <w:unhideWhenUsed/>
    <w:qFormat/>
    <w:rsid w:val="00FC693F"/>
    <w:pPr>
      <w:keepNext/>
      <w:keepLines/>
      <w:spacing w:before="200" w:after="100"/>
      <w:outlineLvl w:val="1"/>
    </w:pPr>
    <w:rPr>
      <w:rFonts w:asciiTheme="majorHAnsi" w:eastAsiaTheme="majorEastAsia" w:hAnsiTheme="majorHAnsi" w:cstheme="majorBidi"/>
      <w:b/>
      <w:bCs/>
      <w:sz w:val="25"/>
      <w:szCs w:val="26"/>
    </w:rPr>
  </w:style>
  <w:style w:type="paragraph" w:styleId="Titre3">
    <w:name w:val="heading 3"/>
    <w:basedOn w:val="Normal"/>
    <w:next w:val="Normal"/>
    <w:link w:val="Titre3Car"/>
    <w:uiPriority w:val="9"/>
    <w:unhideWhenUsed/>
    <w:qFormat/>
    <w:rsid w:val="00FC693F"/>
    <w:pPr>
      <w:keepNext/>
      <w:keepLines/>
      <w:spacing w:before="140" w:after="80"/>
      <w:outlineLvl w:val="2"/>
    </w:pPr>
    <w:rPr>
      <w:rFonts w:asciiTheme="majorHAnsi" w:eastAsiaTheme="majorEastAsia" w:hAnsiTheme="majorHAnsi" w:cstheme="majorBidi"/>
      <w:b/>
      <w:bCs/>
      <w:sz w:val="23"/>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tabs>
        <w:tab w:val="num" w:pos="360"/>
      </w:tabs>
      <w:contextualSpacing/>
    </w:pPr>
  </w:style>
  <w:style w:type="paragraph" w:styleId="Listepuces3">
    <w:name w:val="List Bullet 3"/>
    <w:basedOn w:val="Normal"/>
    <w:uiPriority w:val="99"/>
    <w:unhideWhenUsed/>
    <w:rsid w:val="00326F90"/>
    <w:pPr>
      <w:tabs>
        <w:tab w:val="num" w:pos="360"/>
      </w:tabs>
      <w:contextualSpacing/>
    </w:pPr>
  </w:style>
  <w:style w:type="paragraph" w:styleId="Listenumros">
    <w:name w:val="List Number"/>
    <w:basedOn w:val="Normal"/>
    <w:uiPriority w:val="99"/>
    <w:unhideWhenUsed/>
    <w:rsid w:val="00326F90"/>
    <w:pPr>
      <w:tabs>
        <w:tab w:val="num" w:pos="360"/>
      </w:tabs>
      <w:contextualSpacing/>
    </w:pPr>
  </w:style>
  <w:style w:type="paragraph" w:styleId="Listenumros2">
    <w:name w:val="List Number 2"/>
    <w:basedOn w:val="Normal"/>
    <w:uiPriority w:val="99"/>
    <w:unhideWhenUsed/>
    <w:rsid w:val="0029639D"/>
    <w:pPr>
      <w:tabs>
        <w:tab w:val="num" w:pos="360"/>
      </w:tabs>
      <w:contextualSpacing/>
    </w:pPr>
  </w:style>
  <w:style w:type="paragraph" w:styleId="Listenumros3">
    <w:name w:val="List Number 3"/>
    <w:basedOn w:val="Normal"/>
    <w:uiPriority w:val="99"/>
    <w:unhideWhenUsed/>
    <w:rsid w:val="0029639D"/>
    <w:pPr>
      <w:tabs>
        <w:tab w:val="num" w:pos="360"/>
      </w:tabs>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1172</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DNMADE 3 - Cours 1 - Identifier l'offre et les charges - Mention Matériaux - Céramique</dc:title>
  <dc:subject>Gestion appliquée à l'activité créative - Version élève avec exercice de calcul ouvert</dc:subject>
  <dc:creator>Jonathan Fille</dc:creator>
  <cp:keywords/>
  <dc:description>generated by python-docx</dc:description>
  <cp:lastModifiedBy>jo</cp:lastModifiedBy>
  <cp:revision>2</cp:revision>
  <dcterms:created xsi:type="dcterms:W3CDTF">2013-12-23T23:15:00Z</dcterms:created>
  <dcterms:modified xsi:type="dcterms:W3CDTF">2026-09-14T12:37:00Z</dcterms:modified>
  <cp:category/>
</cp:coreProperties>
</file>