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 w:eastAsia="Calibri"/>
          <w:b/>
          <w:i w:val="0"/>
          <w:color w:val="000000"/>
          <w:sz w:val="21"/>
        </w:rPr>
        <w:t>GESTION APPLIQUÉE  MENTION ESPACE</w:t>
      </w:r>
    </w:p>
    <w:p>
      <w:pPr>
        <w:pStyle w:val="Title"/>
      </w:pPr>
      <w:r>
        <w:rPr>
          <w:rFonts w:ascii="Calibri" w:hAnsi="Calibri" w:eastAsia="Calibri"/>
          <w:b/>
          <w:i w:val="0"/>
          <w:color w:val="000000"/>
          <w:sz w:val="42"/>
        </w:rPr>
        <w:t>Exercices de synthèse sur les coûts et le chiffre d’affaires</w:t>
      </w:r>
    </w:p>
    <w:p>
      <w:pPr>
        <w:spacing w:after="140"/>
      </w:pPr>
      <w:r>
        <w:rPr>
          <w:rFonts w:ascii="Calibri" w:hAnsi="Calibri" w:eastAsia="Calibri"/>
          <w:b w:val="0"/>
          <w:i w:val="0"/>
          <w:color w:val="000000"/>
          <w:sz w:val="21"/>
        </w:rPr>
        <w:t>Les exercices 1 à 3 constituent un travail progressif prévu pour une heure. L’exercice 4 est un approfondissement plus exigeant.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3600"/>
        <w:gridCol w:w="6746"/>
      </w:tblGrid>
      <w:tr>
        <w:trPr>
          <w:tblHeader w:val="true"/>
        </w:trPr>
        <w:tc>
          <w:tcPr>
            <w:tcW w:type="dxa" w:w="36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NOTION</w:t>
            </w:r>
          </w:p>
        </w:tc>
        <w:tc>
          <w:tcPr>
            <w:tcW w:type="dxa" w:w="6746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FORMULE À MOBILISER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vendue × prix de vente unitaire</w:t>
            </w:r>
          </w:p>
        </w:tc>
      </w:tr>
      <w:tr>
        <w:tc>
          <w:tcPr>
            <w:tcW w:type="dxa" w:w="3600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6746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d’heures × valeur horaire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CV + dépenses propres + part des CF + valeur du travail</w:t>
            </w:r>
          </w:p>
        </w:tc>
      </w:tr>
      <w:tr>
        <w:tc>
          <w:tcPr>
            <w:tcW w:type="dxa" w:w="3600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6746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 ÷ quantité vendable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 − coût de revient</w:t>
            </w:r>
          </w:p>
        </w:tc>
      </w:tr>
    </w:tbl>
    <w:p>
      <w:pPr>
        <w:pStyle w:val="Heading1"/>
        <w:pBdr>
          <w:bottom w:val="single" w:sz="10" w:space="4" w:color="496B5B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1  L’aménagement du corner LIGNE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496B5B"/>
          <w:sz w:val="19"/>
        </w:rPr>
        <w:t>Durée indicative  15 minutes    Niveau  Application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LIGNE facture 7 800 € HT la conception et le suivi de l’aménagement d’un corner commercial.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7200"/>
        <w:gridCol w:w="3146"/>
      </w:tblGrid>
      <w:tr>
        <w:trPr>
          <w:tblHeader w:val="true"/>
        </w:trPr>
        <w:tc>
          <w:tcPr>
            <w:tcW w:type="dxa" w:w="7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146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Maquette et échantillons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450 €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Impression des plans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320 €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Déplacements liés au projet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Images de présentation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600 €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du loyer attribuée au projet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300 €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 l’assurance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Abonnements professionnels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120 €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 chiffre d’affaires du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 total des charges variables liées au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le total des charges fixes attribuées au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montant total des charges présentées.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l’écart entre le chiffre d’affaires et le total de ces charges.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Expliquez pourquoi cet écart ne permet pas encore de juger correctement le projet.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96B5B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2  La scénographie PASSAGE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496B5B"/>
          <w:sz w:val="19"/>
        </w:rPr>
        <w:t>Durée indicative  20 minutes    Niveau  Calcul complet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PASSAGE conçoit la scénographie d’une exposition de 100 m². La prestation est facturée 12 000 € HT.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7200"/>
        <w:gridCol w:w="3146"/>
      </w:tblGrid>
      <w:tr>
        <w:trPr>
          <w:tblHeader w:val="true"/>
        </w:trPr>
        <w:tc>
          <w:tcPr>
            <w:tcW w:type="dxa" w:w="7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146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Maquette et échantillons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550 €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Impression des plans et supports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Déplacements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360 €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Éléments achetés pour l’installation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900 €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Consommables de montage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250 €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fixes mensuelles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1 800 €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de projets prévus dans le mois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</w:t>
            </w:r>
          </w:p>
        </w:tc>
      </w:tr>
      <w:tr>
        <w:tc>
          <w:tcPr>
            <w:tcW w:type="dxa" w:w="7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146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90 heures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d’une heure de travail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30 €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 total des charges variables du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la part des charges fixes attribuée au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la valeur du travail.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coût de revient total de la scénographie.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le coût de revient indicatif par mètre carré.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Calculez l’écart entre le chiffre d’affaires et le coût de revient.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G. La facturation vous semble-t-elle suffisante ? Justifiez.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96B5B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3  Choisir entre deux projets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496B5B"/>
          <w:sz w:val="19"/>
        </w:rPr>
        <w:t>Durée indicative  25 minutes    Niveau  Analyse et décision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AXE ne peut accepter qu’un seul projet. La part des charges fixes est de 400 € par projet. Le travail est valorisé à 32 €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Projet A  Boutique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Projet B  Exposition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Surface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80 m²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140 m²</w:t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Facturation HT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10 000 €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14 000 €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2 200 €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3 900 €</w:t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85 heures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135 heures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la valeur du travail pour chaque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 coût de revient total de chaque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le coût de revient par mètre carré.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l’écart entre la facturation et le coût de revient.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l’écart obtenu par heure de travail.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Résultats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Projet A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Projet B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par m²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par heure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Indiquez le projet à retenir en mobilisant au moins deux résultats chiffrés.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96B5B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4  L’hôtel HORIZON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496B5B"/>
          <w:sz w:val="19"/>
        </w:rPr>
        <w:t>Durée indicative  35 minutes    Niveau  Défi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HORIZON aménage deux zones d’un hôtel. Les 2 000 € de charges fixes attribuées au projet doivent être répartis selon le temps de travail. Le travail est valorisé à 35 €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Réception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Salon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Surface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70 m²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110 m²</w:t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Facturation HT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10 500 €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13 500 €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3 200 €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4 300 €</w:t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80 heures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120 heures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 chiffre d’affaires total du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la proportion du temps consacrée à chaque zone puis répartissez les 2 000 € de charges fixes.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la valeur du travail consacrée à chaque zone.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96B5B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4  Tableau de calcul et décision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96B5B"/>
          <w:left w:val="single" w:sz="4" w:color="C8C8C8"/>
          <w:bottom w:val="single" w:sz="6" w:color="496B5B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Réception</w:t>
            </w:r>
          </w:p>
        </w:tc>
        <w:tc>
          <w:tcPr>
            <w:tcW w:type="dxa" w:w="3073"/>
            <w:vAlign w:val="center"/>
            <w:shd w:val="clear" w:color="auto" w:fill="EAF1ED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Salon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par m²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6F9F7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par heure</w:t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6F9F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coût de revient total et le coût de revient par mètre carré de chaque zone.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l’écart obtenu pour chaque zone puis l’écart global du projet.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Comparez les deux zones selon l’écart total et l’écart par heure de travail.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G. Le client demande une réduction de 15 % sur le prix du salon. Calculez la nouvelle facturation du salon, son nouvel écart et le nouvel écart global.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H. Le studio doit-il accepter cette réduction ? Justifiez par une analyse chiffrée.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22" w:bottom="765" w:left="82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666666"/>
        <w:sz w:val="17"/>
      </w:rPr>
      <w:t xml:space="preserve">Page </w:t>
    </w:r>
    <w:r>
      <w:rPr>
        <w:rFonts w:ascii="Calibri" w:hAnsi="Calibri" w:eastAsia="Calibri"/>
        <w:b w:val="0"/>
        <w:i w:val="0"/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3" w:color="496B5B"/>
      </w:pBdr>
    </w:pPr>
    <w:r>
      <w:rPr>
        <w:rFonts w:ascii="Calibri" w:hAnsi="Calibri" w:eastAsia="Calibri"/>
        <w:b/>
        <w:i w:val="0"/>
        <w:color w:val="666666"/>
        <w:sz w:val="17"/>
      </w:rPr>
      <w:t>DNMADE 3 | Gestion appliquée à l’activité créative | Mention Espace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